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Punta Gorda, Toledo District, Belize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Belize's southernmost town offers an unhurried, authentic Caribbean experience — Maya ruins rising from jungle, pristine caye snorkeling, and a Garifuna culture alive with drumming and chocolate traditions.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7–9 hrs · 💵 Belize Dollar (BZD) &amp; USD accepted · 🗣️ English (official), Garifuna, Kekchi Maya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anchor offshore; passengers tender to the Fort Street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Town center is steps from the tender dock — flat and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Maya ruins, jungle adventures, snorkeling, Garifuna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Lubaantun or Nim Li Punit Maya ruins; Sapodilla Cayes snorkeling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BZD $5–10 (~$3–5 USD) — Licensed taxis are available at the pier. Fares within town are low given the short distances; negotiate a rate before 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Lubaantun Maya Ruins — </w:t>
      </w:r>
      <w:r>
        <w:rPr>
          <w:rFonts w:ascii="Arial" w:hAnsi="Arial" w:cs="Arial"/>
          <w:b w:val="0"/>
          <w:i w:val="0"/>
          <w:sz w:val="20"/>
        </w:rPr>
        <w:t>The largest Maya site in southern Belize, Lubaantun ('Place of Fallen Stones') features precisely cut stone structures built…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Nim Li Punit Stelae Site — </w:t>
      </w:r>
      <w:r>
        <w:rPr>
          <w:rFonts w:ascii="Arial" w:hAnsi="Arial" w:cs="Arial"/>
          <w:b w:val="0"/>
          <w:i w:val="0"/>
          <w:sz w:val="20"/>
        </w:rPr>
        <w:t>This compact Maya site holds 26 stelae — including the longest carved stela in all of Belize — and sweeping views south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Sapodilla Cayes Snorkel &amp; Beach — </w:t>
      </w:r>
      <w:r>
        <w:rPr>
          <w:rFonts w:ascii="Arial" w:hAnsi="Arial" w:cs="Arial"/>
          <w:b w:val="0"/>
          <w:i w:val="0"/>
          <w:sz w:val="20"/>
        </w:rPr>
        <w:t>A remote group of shallow cayes on the southern edge of the Mesoamerican Barrier Reef.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Monkey River Wildlife Boat Tour — </w:t>
      </w:r>
      <w:r>
        <w:rPr>
          <w:rFonts w:ascii="Arial" w:hAnsi="Arial" w:cs="Arial"/>
          <w:b w:val="0"/>
          <w:i w:val="0"/>
          <w:sz w:val="20"/>
        </w:rPr>
        <w:t>Cruise the Monkey River by boat through dense jungle to spot howler monkeys, crocodiles, manatees, turtles, and abundant birdlife.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Garifuna Drumming, Dancing &amp; Dinner — </w:t>
      </w:r>
      <w:r>
        <w:rPr>
          <w:rFonts w:ascii="Arial" w:hAnsi="Arial" w:cs="Arial"/>
          <w:b w:val="0"/>
          <w:i w:val="0"/>
          <w:sz w:val="20"/>
        </w:rPr>
        <w:t>Experience the living Garifuna culture with traditional drumming lessons, dance performances, and an authentic dinner.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&amp; Market Stroll: </w:t>
      </w:r>
      <w:r>
        <w:rPr>
          <w:rFonts w:ascii="Arial" w:hAnsi="Arial" w:cs="Arial"/>
          <w:b w:val="0"/>
          <w:i w:val="0"/>
          <w:sz w:val="20"/>
        </w:rPr>
        <w:t>45–60 min | Flat | Easy — A gentle loop from the pier through town, covering the main market (busiest Mon, Wed, Fri, Sat)…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Cerro Hill Viewpoint: </w:t>
      </w:r>
      <w:r>
        <w:rPr>
          <w:rFonts w:ascii="Arial" w:hAnsi="Arial" w:cs="Arial"/>
          <w:b w:val="0"/>
          <w:i w:val="0"/>
          <w:sz w:val="20"/>
        </w:rPr>
        <w:t>1–1.5 hrs | Easy climb | Good views — A short walk to the top of Cerro Hill gives panoramic views over Punta Gorda town and the Caribbean…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6:40AM–8:08PM · Jul 6:44AM–8:23PM · Sep 7:14AM–7:32PM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cruiseports.org/punta-gorda-belize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Punta Gorda, Toledo District, Belize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nta-gorda-beliz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Garbutt's Fishing Lodge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Eladio's Ecofarm &amp; Chocolate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Living Maya Experience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Blanca, Livingston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Belize Spicefarm and Botanical Gardens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