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Komodo Island, East Nusa Tenggara,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the world's largest lizard and some of Indonesia's most pristine coral reefs, Komodo Island is raw, remote, and genuinely wild — a UNESCO World Heritage site where every visitor walks with an armed ranger.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5–8 hrs · 💵 Indonesian Rupiah (IDR) — no ATMs on island · 🗣️ Indonesian / Bahasa · 🦎 Wildlife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Loh Liang Bay; 10–15 min ride to ranger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Park Entrance: </w:t>
      </w:r>
      <w:r>
        <w:rPr>
          <w:rFonts w:ascii="Arial" w:hAnsi="Arial" w:cs="Arial"/>
          <w:b w:val="0"/>
          <w:i w:val="0"/>
          <w:sz w:val="20"/>
        </w:rPr>
        <w:t>~400 m / 5 min flat walk from jetty to Loh Liang Ranger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Komodo dragons, Pink Beach, snorkeling, dramatic volcanic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short or medium dragon trek at Loh Liang — highest chance of close-up sightings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Komodo Dragon Trek (Short Trail) — </w:t>
      </w:r>
      <w:r>
        <w:rPr>
          <w:rFonts w:ascii="Arial" w:hAnsi="Arial" w:cs="Arial"/>
          <w:b w:val="0"/>
          <w:i w:val="0"/>
          <w:sz w:val="20"/>
        </w:rPr>
        <w:t>The classic Loh Liang loop takes about an hour through shaded forest to a watering hole where dragons congregate.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Long Trek to the Savanna Ridges — </w:t>
      </w:r>
      <w:r>
        <w:rPr>
          <w:rFonts w:ascii="Arial" w:hAnsi="Arial" w:cs="Arial"/>
          <w:b w:val="0"/>
          <w:i w:val="0"/>
          <w:sz w:val="20"/>
        </w:rPr>
        <w:t>A strenuous 2+ hour hike through dry savanna and up the hills behind Loh Liang rewards fit hikers with panoramic views over Loh…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Pink Beach (Pantai Merah) Snorkel Tour — </w:t>
      </w:r>
      <w:r>
        <w:rPr>
          <w:rFonts w:ascii="Arial" w:hAnsi="Arial" w:cs="Arial"/>
          <w:b w:val="0"/>
          <w:i w:val="0"/>
          <w:sz w:val="20"/>
        </w:rPr>
        <w:t>A 15-minute local boat ride from the jetty reaches one of the world's handful of pink sand beaches, colored by red Foraminifera…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Padar Island Viewpoint Hike — </w:t>
      </w:r>
      <w:r>
        <w:rPr>
          <w:rFonts w:ascii="Arial" w:hAnsi="Arial" w:cs="Arial"/>
          <w:b w:val="0"/>
          <w:i w:val="0"/>
          <w:sz w:val="20"/>
        </w:rPr>
        <w:t>The icon of Komodo National Park — a roughly 30-minute climb up around 800 wooden steps to a ridge overlooking three crescent…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Island-Hopping by Phinisi — </w:t>
      </w:r>
      <w:r>
        <w:rPr>
          <w:rFonts w:ascii="Arial" w:hAnsi="Arial" w:cs="Arial"/>
          <w:b w:val="0"/>
          <w:i w:val="0"/>
          <w:sz w:val="20"/>
        </w:rPr>
        <w:t>Traditional wooden phinisi schooners run half-day circuits combining Komodo dragon trekking, Pink Beach swimming, and snorkeling…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Loh Liang Ranger Station Loop (Short Trail): </w:t>
      </w:r>
      <w:r>
        <w:rPr>
          <w:rFonts w:ascii="Arial" w:hAnsi="Arial" w:cs="Arial"/>
          <w:b w:val="0"/>
          <w:i w:val="0"/>
          <w:sz w:val="20"/>
        </w:rPr>
        <w:t>1 hr | Easy | Ranger required — From the jetty, follow the flat path to the ranger station, then walk the short loop through shaded…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Jetty to Souvenir Market Stroll: </w:t>
      </w:r>
      <w:r>
        <w:rPr>
          <w:rFonts w:ascii="Arial" w:hAnsi="Arial" w:cs="Arial"/>
          <w:b w:val="0"/>
          <w:i w:val="0"/>
          <w:sz w:val="20"/>
        </w:rPr>
        <w:t>10 min | Very easy | No ranger needed — A short flat walk from the tender jetty along the waterfront path to the small local market outside…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6:06AM–5:50PM · Jul 6:18AM–5:58PM · Sep 5:56AM–5:58PM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cruiseports.org/pulau-komodo-island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Komodo Island, East Nusa Tenggara,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lau-komodo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Komodo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Komodo Tourism Village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