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Vallarta, Jalisco,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Pacific paradise where jungle mountains tumble into Banderas Bay — Puerto Vallarta blends cobblestone old-town charm with world-class beaches, adventure, and one of Mexico's most walkable seafronts.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Mexican Peso (USD accepted in tourist areas)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Puerto Mágico Terminal, Hotel Zone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km to downtown; take bus ("Centro", ~$1) or taxi (~$8-12)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adventure tours, Old Town culture, whale watching (Dec–Mar)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Malecón boardwalk sculptures, Church of Our Lady of Guadalupe, Los Arcos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USD 16–20/car — White federally authorized taxis at the pier with posted rates. To the Malecón runs about $16/car; to the Cathedral arou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Arcos National Marine Park Snorkeling — </w:t>
      </w:r>
      <w:r>
        <w:rPr>
          <w:rFonts w:ascii="Arial" w:hAnsi="Arial" w:cs="Arial"/>
          <w:b w:val="0"/>
          <w:i w:val="0"/>
          <w:sz w:val="20"/>
        </w:rPr>
        <w:t>Boat out to the iconic granite arch islands of Los Arcos, a protected marine park teeming with tropical fish, rays, and coral.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Sierra Madre Zipline &amp; Canopy Tour — </w:t>
      </w:r>
      <w:r>
        <w:rPr>
          <w:rFonts w:ascii="Arial" w:hAnsi="Arial" w:cs="Arial"/>
          <w:b w:val="0"/>
          <w:i w:val="0"/>
          <w:sz w:val="20"/>
        </w:rPr>
        <w:t>Fly through the jungle canopy above the Sierra Madre foothills on a multi-line zipline course.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Marietas Islands &amp; Hidden Beach — </w:t>
      </w:r>
      <w:r>
        <w:rPr>
          <w:rFonts w:ascii="Arial" w:hAnsi="Arial" w:cs="Arial"/>
          <w:b w:val="0"/>
          <w:i w:val="0"/>
          <w:sz w:val="20"/>
        </w:rPr>
        <w:t>Cruise to the remote Marietas Islands — a UNESCO-protected biosphere — and swim into the famous Hidden Beach (Playa del Amor),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&amp; Food Tour — </w:t>
      </w:r>
      <w:r>
        <w:rPr>
          <w:rFonts w:ascii="Arial" w:hAnsi="Arial" w:cs="Arial"/>
          <w:b w:val="0"/>
          <w:i w:val="0"/>
          <w:sz w:val="20"/>
        </w:rPr>
        <w:t>Explore Centro Histórico's cobblestone streets, sample birria tacos and fresh ceviche at the Mercado Municipal, and visit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(December–March) — </w:t>
      </w:r>
      <w:r>
        <w:rPr>
          <w:rFonts w:ascii="Arial" w:hAnsi="Arial" w:cs="Arial"/>
          <w:b w:val="0"/>
          <w:i w:val="0"/>
          <w:sz w:val="20"/>
        </w:rPr>
        <w:t>Banderas Bay hosts one of the highest concentrations of humpback whales on Earth during winter months.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Old Town: </w:t>
      </w:r>
      <w:r>
        <w:rPr>
          <w:rFonts w:ascii="Arial" w:hAnsi="Arial" w:cs="Arial"/>
          <w:b w:val="0"/>
          <w:i w:val="0"/>
          <w:sz w:val="20"/>
        </w:rPr>
        <w:t>3 km one-way | Easy | 1-2 hrs — Start at the northern end of the Malecón boardwalk and stroll south past bronze sculpture…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Los Muertos Beach Walk: </w:t>
      </w:r>
      <w:r>
        <w:rPr>
          <w:rFonts w:ascii="Arial" w:hAnsi="Arial" w:cs="Arial"/>
          <w:b w:val="0"/>
          <w:i w:val="0"/>
          <w:sz w:val="20"/>
        </w:rPr>
        <w:t>Easy | 30-45 min stroll — From the Malecón, head south past the Cuale River to Playa Los Muertos — PV's most popular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6:23AM–7:30PM · Jul 6:29AM–7:44PM · Sep 6:48AM–7:03PM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cruiseports.org/puerto-vallarta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Vallarta, Jalisco,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vallar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Boy on the Seahorse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Puerto Magico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Área Natural Protegida Estero El Salado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 Ship Vallarta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Nuestra Señora del Refugio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Skydive Vallarta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