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Peñasco, Sonora,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Arizona's beach in Mexico: where the Sonoran Desert meets the Sea of Cortez in a blaze of tides, shrimp, and sun. Rocky Point's Old Port drops you steps from fresh seafood, a famous boardwalk, and one of the world's most extreme tidal landscapes.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completed pier) · 🕒 Typical call: 6–8 hrs · 💵 Mexican Peso / USD common in tourist areas · 🗣️ English widely spoken · 🌊 Extreme tidal range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boats ferry to marina near Old Port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dock to El Malecón boardwalk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Seafood, tide pools, Bird Island sea lions, desert biosphere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Isla San Jorge boat trip or low-tide pools at Cholla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$9–$25 USD — Local taxis are the primary transport option. Fares within the city typically run 170–200 MXN (~$9–10 USD) for short tri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San Jorge (Bird Island) Boat Trip — </w:t>
      </w:r>
      <w:r>
        <w:rPr>
          <w:rFonts w:ascii="Arial" w:hAnsi="Arial" w:cs="Arial"/>
          <w:b w:val="0"/>
          <w:i w:val="0"/>
          <w:sz w:val="20"/>
        </w:rPr>
        <w:t>A 2-hour boat ride to a protected rocky sanctuary where sea lions haul out in the hundreds.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Pinacate Biosphere Reserve — </w:t>
      </w:r>
      <w:r>
        <w:rPr>
          <w:rFonts w:ascii="Arial" w:hAnsi="Arial" w:cs="Arial"/>
          <w:b w:val="0"/>
          <w:i w:val="0"/>
          <w:sz w:val="20"/>
        </w:rPr>
        <w:t>UNESCO World Heritage site an hour north — volcanic craters (Elegante Crater is stunning), ancient lava fields, and the largest…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ATV &amp; Dune Riding — </w:t>
      </w:r>
      <w:r>
        <w:rPr>
          <w:rFonts w:ascii="Arial" w:hAnsi="Arial" w:cs="Arial"/>
          <w:b w:val="0"/>
          <w:i w:val="0"/>
          <w:sz w:val="20"/>
        </w:rPr>
        <w:t>Rent ATVs near the port or join a guided tour to tackle Competition Hill sand dunes and the surrounding desert terrain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Sandy Beach &amp; Resort Strip — </w:t>
      </w:r>
      <w:r>
        <w:rPr>
          <w:rFonts w:ascii="Arial" w:hAnsi="Arial" w:cs="Arial"/>
          <w:b w:val="0"/>
          <w:i w:val="0"/>
          <w:sz w:val="20"/>
        </w:rPr>
        <w:t>Taxi out to the main resort beach for calm, shallow waters, banana boats, jet skis, and beachfront bars like Wrecked at the Reef.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Tide Pool Exploration — </w:t>
      </w:r>
      <w:r>
        <w:rPr>
          <w:rFonts w:ascii="Arial" w:hAnsi="Arial" w:cs="Arial"/>
          <w:b w:val="0"/>
          <w:i w:val="0"/>
          <w:sz w:val="20"/>
        </w:rPr>
        <w:t>Rocky Point's Northern Gulf tides can swing more than 20 vertical feet (spring tides exceed 24 ft) — one of the world's most…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Malecón Walk: </w:t>
      </w:r>
      <w:r>
        <w:rPr>
          <w:rFonts w:ascii="Arial" w:hAnsi="Arial" w:cs="Arial"/>
          <w:b w:val="0"/>
          <w:i w:val="0"/>
          <w:sz w:val="20"/>
        </w:rPr>
        <w:t>1–2 hrs · Flat paved boardwalk · Free — Stroll from the marina along El Malecón Fundadores, past the giant shrimp fisherman statue…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to CEDO Interpretive Center: </w:t>
      </w:r>
      <w:r>
        <w:rPr>
          <w:rFonts w:ascii="Arial" w:hAnsi="Arial" w:cs="Arial"/>
          <w:b w:val="0"/>
          <w:i w:val="0"/>
          <w:sz w:val="20"/>
        </w:rPr>
        <w:t>45 min each way · Easy · Free/donation — Walk or take a short taxi to CEDO (Intercultural Center for the Study of Deserts and Oceans) in Las…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5:38AM–7:23PM · Jul 5:40AM–7:39PM · Sep 6:18AM–6:39PM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cruiseports.org/puerto-penasco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Peñasco, Sonora,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penasc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Seashell Museum at CEDO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Viewpoint on the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Hermosa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Avenida 32 Mercado de Artesanías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bonita, Puerto Peñasco, Sonora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Acuario Peñasco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Bonita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Malecón Puerto Peñasco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