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Morelos, Quintana Roo,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bohemian fishing village between Cancun and Playa del Carmen, Puerto Morelos protects one of the healthiest stretches of the Mesoamerican Barrier Reef — calm turquoise waters, a famously tilted lighthouse, and zero high-rise hotels.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pier / tender · 🕒 Typical call: 6–8 hrs · 💵 USD &amp; MXN accepted · 🗣️ Spanish · 🪸 Reef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pier in town center; boutique/luxury ships dock or tender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 min from pier to town square and leaning lighthouse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Reef snorkeling, cenote day trips, authentic Mexican beach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El Faro Inclinado (Leaning Lighthouse) and a guided reef snorkel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$3–5 USD (50–80 MXN) — Local taxis are available near the port and town square. Short rides within Puerto Morelos cost roughly 50 MXN; confirm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Morelos Reef National Park Snorkel — </w:t>
      </w:r>
      <w:r>
        <w:rPr>
          <w:rFonts w:ascii="Arial" w:hAnsi="Arial" w:cs="Arial"/>
          <w:b w:val="0"/>
          <w:i w:val="0"/>
          <w:sz w:val="20"/>
        </w:rPr>
        <w:t>The Mesoamerican Barrier Reef sits just 400 m offshore in a protected national marine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Ruta de los Cenotes — </w:t>
      </w:r>
      <w:r>
        <w:rPr>
          <w:rFonts w:ascii="Arial" w:hAnsi="Arial" w:cs="Arial"/>
          <w:b w:val="0"/>
          <w:i w:val="0"/>
          <w:sz w:val="20"/>
        </w:rPr>
        <w:t>A highway stretching inland from Puerto Morelos leads to dozens of limestone sinkholes.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Croco Cun Zoo Interactive Tour — </w:t>
      </w:r>
      <w:r>
        <w:rPr>
          <w:rFonts w:ascii="Arial" w:hAnsi="Arial" w:cs="Arial"/>
          <w:b w:val="0"/>
          <w:i w:val="0"/>
          <w:sz w:val="20"/>
        </w:rPr>
        <w:t>A conservation-focused zoo just off Highway 307 where a guide walks you through the grounds to hold baby crocs, feed spider…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Selvatica Zip-Line &amp; Cenote Adventure — </w:t>
      </w:r>
      <w:r>
        <w:rPr>
          <w:rFonts w:ascii="Arial" w:hAnsi="Arial" w:cs="Arial"/>
          <w:b w:val="0"/>
          <w:i w:val="0"/>
          <w:sz w:val="20"/>
        </w:rPr>
        <w:t>Award-winning adventure park on the Cenote Route offering extreme zip-lines over the jungle canopy, ATV mud riding,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Club Day Pass — </w:t>
      </w:r>
      <w:r>
        <w:rPr>
          <w:rFonts w:ascii="Arial" w:hAnsi="Arial" w:cs="Arial"/>
          <w:b w:val="0"/>
          <w:i w:val="0"/>
          <w:sz w:val="20"/>
        </w:rPr>
        <w:t>Skip the planning — Unico Beach Club (north of pier, trendy vibe) and My Paradise Beach Club (relaxed reggae vibe, great…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Leaning Lighthouse Loop: </w:t>
      </w:r>
      <w:r>
        <w:rPr>
          <w:rFonts w:ascii="Arial" w:hAnsi="Arial" w:cs="Arial"/>
          <w:b w:val="0"/>
          <w:i w:val="0"/>
          <w:sz w:val="20"/>
        </w:rPr>
        <w:t>~30 min | Easy | 1 km — From the pier, walk south to the iconic El Faro Inclinado — Hurricane Beulah tilted this lighthouse…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Walk to Ojo de Agua: </w:t>
      </w:r>
      <w:r>
        <w:rPr>
          <w:rFonts w:ascii="Arial" w:hAnsi="Arial" w:cs="Arial"/>
          <w:b w:val="0"/>
          <w:i w:val="0"/>
          <w:sz w:val="20"/>
        </w:rPr>
        <w:t>~45 min each way | Easy | 2 km — Head north along the public beach (Ventana al Mar) toward Ojo de Agua, a beach fed by an underwater…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6:10AM–7:17PM · Jul 6:15AM–7:31PM · Sep 6:34AM–6:49PM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cruiseports.org/puerto-morelos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Morelos, Quintana Roo,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morel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la Colonia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Bonanza Ranch - Rancho Bonanza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Snorkeling Adventure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Parroquia San José Obrero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Croco Cun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