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Montt,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Chile's Lake District and the Patagonian fjords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Port City · 🐟 Seafood Hub · 🏔️ Lake District Gateway · 🏔️ Patagonia Entry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Chilean Peso (CLP)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Spanish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GMT-4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Rainy/Temperate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~$6–15 USD — Metered taxis queue near the terminal; the short hop to the city center typically runs 5,500–14,000 CLP (~$6–15 USD). 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Osorno Volcano &amp; Lake Todos los Santos — </w:t>
      </w:r>
      <w:r>
        <w:rPr>
          <w:rFonts w:ascii="Arial" w:hAnsi="Arial" w:cs="Arial"/>
          <w:b w:val="0"/>
          <w:i w:val="0"/>
          <w:sz w:val="20"/>
        </w:rPr>
        <w:t>A full-day excursion visiting the majestic Osorno Volcano and the turquoise waters of Lake Todos los Santos.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Pueblo Caleta and Angelmó Market — </w:t>
      </w:r>
      <w:r>
        <w:rPr>
          <w:rFonts w:ascii="Arial" w:hAnsi="Arial" w:cs="Arial"/>
          <w:b w:val="0"/>
          <w:i w:val="0"/>
          <w:sz w:val="20"/>
        </w:rPr>
        <w:t>Visit the traditional fishing village of Caleta and the Angelmó Market, where you can sample fresh seafood and buy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Huatron and the Reloncaví Sound — </w:t>
      </w:r>
      <w:r>
        <w:rPr>
          <w:rFonts w:ascii="Arial" w:hAnsi="Arial" w:cs="Arial"/>
          <w:b w:val="0"/>
          <w:i w:val="0"/>
          <w:sz w:val="20"/>
        </w:rPr>
        <w:t>A boat trip through the Reloncaví Sound, offering views of the surrounding mountains and a chance to spot dolphins and seals.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and Plaza de Armas — </w:t>
      </w:r>
      <w:r>
        <w:rPr>
          <w:rFonts w:ascii="Arial" w:hAnsi="Arial" w:cs="Arial"/>
          <w:b w:val="0"/>
          <w:i w:val="0"/>
          <w:sz w:val="20"/>
        </w:rPr>
        <w:t>A walking tour of the city center, visiting the Plaza de Armas and the local cathedral, exploring the urban layout of this…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Angelmó Waterfront Walk: </w:t>
      </w:r>
      <w:r>
        <w:rPr>
          <w:rFonts w:ascii="Arial" w:hAnsi="Arial" w:cs="Arial"/>
          <w:b w:val="0"/>
          <w:i w:val="0"/>
          <w:sz w:val="20"/>
        </w:rPr>
        <w:t>Easy — Walk from the terminal to the Angelmó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Loop: </w:t>
      </w:r>
      <w:r>
        <w:rPr>
          <w:rFonts w:ascii="Arial" w:hAnsi="Arial" w:cs="Arial"/>
          <w:b w:val="0"/>
          <w:i w:val="0"/>
          <w:sz w:val="20"/>
        </w:rPr>
        <w:t>Moderate — A loop from the terminal to the Plaza de Armas and the local cathedral, providing a glimpse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Reloncaví Sound Promenade: </w:t>
      </w:r>
      <w:r>
        <w:rPr>
          <w:rFonts w:ascii="Arial" w:hAnsi="Arial" w:cs="Arial"/>
          <w:b w:val="0"/>
          <w:i w:val="0"/>
          <w:sz w:val="20"/>
        </w:rPr>
        <w:t>Easy — A stroll along the waterfront promenade, offering panoramic views of the surrounding hills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7:54AM–5:41PM · Jul 8:14AM–5:41PM · Sep 7:52AM–7:41PM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cruiseports.org/puerto-montt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Montt,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mont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Manuel Montt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Montt Historical Museum Juan Pablo II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Kupange Aventura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Armas de Puerto Montt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Lahuen Ñadi Natural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Km 0 Carretera Austral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