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Limón, Costa 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Costa Rica's Caribbean gateway — your launchpad into steaming rainforest, sloth-filled canopies, and jungle canals teeming with wildlife, all within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pier) · 🕒 Typical call: 8–10 hrs · 💵 Costa Rican Colón (CRC) · USD ok · 🗣️ Spanish · English in tourism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Rainforest ·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Sloths &amp; canals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$10–$15 USD — Official red taxis with a yellow triangle are available outside the terminal. Taxis do not always use meters so agree 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Tortuguero Canals Boat Safari — </w:t>
      </w:r>
      <w:r>
        <w:rPr>
          <w:rFonts w:ascii="Arial" w:hAnsi="Arial" w:cs="Arial"/>
          <w:b w:val="0"/>
          <w:i w:val="0"/>
          <w:sz w:val="20"/>
        </w:rPr>
        <w:t>Glide through jungle waterways spotting caimans, monkeys, toucans, and sloths from a small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Rainforest Aerial Tram &amp; Zip Line — </w:t>
      </w:r>
      <w:r>
        <w:rPr>
          <w:rFonts w:ascii="Arial" w:hAnsi="Arial" w:cs="Arial"/>
          <w:b w:val="0"/>
          <w:i w:val="0"/>
          <w:sz w:val="20"/>
        </w:rPr>
        <w:t>Ride a gondola through the canopy of a private rainforest reserve, with optional zip lines and guided nature walks among…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Sloth Sanctuary Visit — </w:t>
      </w:r>
      <w:r>
        <w:rPr>
          <w:rFonts w:ascii="Arial" w:hAnsi="Arial" w:cs="Arial"/>
          <w:b w:val="0"/>
          <w:i w:val="0"/>
          <w:sz w:val="20"/>
        </w:rPr>
        <w:t>Meet rescued two- and three-toed sloths up close at a working sanctuary along the Estrella River, with a gentle canoe ride…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Cahuita National Park &amp; Beach — </w:t>
      </w:r>
      <w:r>
        <w:rPr>
          <w:rFonts w:ascii="Arial" w:hAnsi="Arial" w:cs="Arial"/>
          <w:b w:val="0"/>
          <w:i w:val="0"/>
          <w:sz w:val="20"/>
        </w:rPr>
        <w:t>A coastal rainforest park where jungle trails meet white-sand Caribbean beaches — easy wildlife spotting (howler monkeys, sloths)…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Parque Vargas &amp; seafront: </w:t>
      </w:r>
      <w:r>
        <w:rPr>
          <w:rFonts w:ascii="Arial" w:hAnsi="Arial" w:cs="Arial"/>
          <w:b w:val="0"/>
          <w:i w:val="0"/>
          <w:sz w:val="20"/>
        </w:rPr>
        <w:t>~1.5 km · 1 hr · easy — The town's leafy central park, famous for the sloths that sometimes hang in its trees, leading…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Mercado Central: </w:t>
      </w:r>
      <w:r>
        <w:rPr>
          <w:rFonts w:ascii="Arial" w:hAnsi="Arial" w:cs="Arial"/>
          <w:b w:val="0"/>
          <w:i w:val="0"/>
          <w:sz w:val="20"/>
        </w:rPr>
        <w:t>~1 km · 45 min · easy — Limón's bustling covered market — tropical fruit, spices, and local Caribbean food.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Bonita: </w:t>
      </w:r>
      <w:r>
        <w:rPr>
          <w:rFonts w:ascii="Arial" w:hAnsi="Arial" w:cs="Arial"/>
          <w:b w:val="0"/>
          <w:i w:val="0"/>
          <w:sz w:val="20"/>
        </w:rPr>
        <w:t>~4 km / short taxi · 1–2 hrs · easy — A pretty palm-fringed beach just west of town, popular with locals — best reached by a quick taxi…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5:11AM–5:45PM · Jul 5:18AM–5:57PM · Sep 5:22AM–5:32PM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cruiseports.org/puerto-limon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Limón, Costa 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lim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Columbus Platinum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Sacred Heart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INTERBUS, PUERTO VIEJO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Rompeolas Cieneguita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Brisas de La Jungla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