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Escondido, Oaxaca,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bohemian Pacific surf town with no cruise terminal and no chain restaurants — just world-class waves, turquoise coves, and the best food in Mexico.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Mexican Pesos (MXN) — carry cash · 🗣️ Spanish (some English in tourist areas) · 🏄 Surf &amp;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Muelle Principal next to Playa Principal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uphill to El Adoquín pedestrian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surfing spectacle, Oaxacan cuisine, sea turtles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Playa Carrizalillo cove and watching the Mexican Pipeline at Zicatela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30–200 MXN ($2–$10 USD) — Local taxis are plentiful but do not use meters — always agree on the fare before getting in. Short hops within the beac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Carrizalillo — Best Swimming Cove — </w:t>
      </w:r>
      <w:r>
        <w:rPr>
          <w:rFonts w:ascii="Arial" w:hAnsi="Arial" w:cs="Arial"/>
          <w:b w:val="0"/>
          <w:i w:val="0"/>
          <w:sz w:val="20"/>
        </w:rPr>
        <w:t>A sheltered turquoise cove reached by 167 stone steps down a cliff.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Surf Lesson at Playa Zicatela — </w:t>
      </w:r>
      <w:r>
        <w:rPr>
          <w:rFonts w:ascii="Arial" w:hAnsi="Arial" w:cs="Arial"/>
          <w:b w:val="0"/>
          <w:i w:val="0"/>
          <w:sz w:val="20"/>
        </w:rPr>
        <w:t>The world-famous Mexican Pipeline breaks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Baby Sea Turtle Release — </w:t>
      </w:r>
      <w:r>
        <w:rPr>
          <w:rFonts w:ascii="Arial" w:hAnsi="Arial" w:cs="Arial"/>
          <w:b w:val="0"/>
          <w:i w:val="0"/>
          <w:sz w:val="20"/>
        </w:rPr>
        <w:t>Local conservancy Vive Mar runs daily turtle releases at Playa Bacocho.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Whale Watching Lancha — </w:t>
      </w:r>
      <w:r>
        <w:rPr>
          <w:rFonts w:ascii="Arial" w:hAnsi="Arial" w:cs="Arial"/>
          <w:b w:val="0"/>
          <w:i w:val="0"/>
          <w:sz w:val="20"/>
        </w:rPr>
        <w:t>Charter a local fishing boat (lancha) at the tender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Oaxacan Food Walk &amp; Cooking Class — </w:t>
      </w:r>
      <w:r>
        <w:rPr>
          <w:rFonts w:ascii="Arial" w:hAnsi="Arial" w:cs="Arial"/>
          <w:b w:val="0"/>
          <w:i w:val="0"/>
          <w:sz w:val="20"/>
        </w:rPr>
        <w:t>Oaxaca is Mexico's culinary heartland.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Adoquín Stroll &amp; Mirador: </w:t>
      </w:r>
      <w:r>
        <w:rPr>
          <w:rFonts w:ascii="Arial" w:hAnsi="Arial" w:cs="Arial"/>
          <w:b w:val="0"/>
          <w:i w:val="0"/>
          <w:sz w:val="20"/>
        </w:rPr>
        <w:t>30–45 min · Flat to gentle uphill · Free — From the tender pier, walk up to the pedestrian strip of Calle Alfonso Pérez Gasga (El Adoquín).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Playa Puerto Angelito &amp; Manzanillo: </w:t>
      </w:r>
      <w:r>
        <w:rPr>
          <w:rFonts w:ascii="Arial" w:hAnsi="Arial" w:cs="Arial"/>
          <w:b w:val="0"/>
          <w:i w:val="0"/>
          <w:sz w:val="20"/>
        </w:rPr>
        <w:t>15–20 min walk · Easy · Free beaches — Head west from the pier along the coast path to the twin coves of Puerto Angelito and Manzanillo…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5:45AM–6:17PM · Jul 5:53AM–6:28PM · Sep 5:55AM–6:04PM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cruiseports.org/puerto-escondido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Escondido, Oaxaca,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escondid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Robert's Ecotours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angelito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Andador Turístico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