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Edén, Magallanes,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remote villages, Puerto Edén sits deep in the Chilean fjords — a network of wooden boardwalks connecting the last community of the Kawésqar people, surrounded by temperate rainforest, glacier-carved channels, and the vast wilderness of Bernardo O'Higgins National Park.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4–6 hrs · 💵 Chilean Pesos (no ATMs — cash only) · 🗣️ Spanish (Kawésqar spoken by elders) · 🌧️ One of the world's wettest places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offshore, lifeboats bring you to the village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village is tiny, all connected by boardwalks with no roads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culture, raw Patagonian wilderness, extreme remoteness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Kawésqar boardwalk village and hand-crafted souvenirs from local artisans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Kawésqar Village Walk &amp; Cultural Visit — </w:t>
      </w:r>
      <w:r>
        <w:rPr>
          <w:rFonts w:ascii="Arial" w:hAnsi="Arial" w:cs="Arial"/>
          <w:b w:val="0"/>
          <w:i w:val="0"/>
          <w:sz w:val="20"/>
        </w:rPr>
        <w:t>Walk the boardwalk network through the village and, if offered by your ship, meet members of the Kawésqar community.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&amp; Forest Lookout Hike — </w:t>
      </w:r>
      <w:r>
        <w:rPr>
          <w:rFonts w:ascii="Arial" w:hAnsi="Arial" w:cs="Arial"/>
          <w:b w:val="0"/>
          <w:i w:val="0"/>
          <w:sz w:val="20"/>
        </w:rPr>
        <w:t>Follow the boardwalks to the edge of the village and into the dense Magellanic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Wildlife Watching — </w:t>
      </w:r>
      <w:r>
        <w:rPr>
          <w:rFonts w:ascii="Arial" w:hAnsi="Arial" w:cs="Arial"/>
          <w:b w:val="0"/>
          <w:i w:val="0"/>
          <w:sz w:val="20"/>
        </w:rPr>
        <w:t>Keep eyes on the water and sky while on tender or ashore — Chilean dolphins, marine otters (chungungo), Andean condors,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Bernardo O'Higgins National Park Glacier Excursion — </w:t>
      </w:r>
      <w:r>
        <w:rPr>
          <w:rFonts w:ascii="Arial" w:hAnsi="Arial" w:cs="Arial"/>
          <w:b w:val="0"/>
          <w:i w:val="0"/>
          <w:sz w:val="20"/>
        </w:rPr>
        <w:t>If your cruise offers a dedicated excursion into the park, you may get zodiac access to glaciers — including the massive Pío XI…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Boardwalk Loop: </w:t>
      </w:r>
      <w:r>
        <w:rPr>
          <w:rFonts w:ascii="Arial" w:hAnsi="Arial" w:cs="Arial"/>
          <w:b w:val="0"/>
          <w:i w:val="0"/>
          <w:sz w:val="20"/>
        </w:rPr>
        <w:t>~1 km · 20–30 min · Easy — From the landing jetty, follow the main boardwalk through the heart of Puerto Edén past homes,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Hillside Lookout Trail: </w:t>
      </w:r>
      <w:r>
        <w:rPr>
          <w:rFonts w:ascii="Arial" w:hAnsi="Arial" w:cs="Arial"/>
          <w:b w:val="0"/>
          <w:i w:val="0"/>
          <w:sz w:val="20"/>
        </w:rPr>
        <w:t>~30 min · Easy–Moderate — A short trail climbs above the village to an open viewpoint overlooking the Wellington Channel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8:32AM–6:53PM · Jun 9:57AM–5:30PM · Aug 8:59AM–6:37PM · Sep 7:48AM–7:29PM · Oct 6:36AM–8:22PM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ATMs, no cards. Bring Chilean Pesos in small bills if you want to buy local crafts or anything from the handful of village shops. US dollars are rarely…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rain — always. Puerto Edén receives 5,000+ mm of rain per year. Waterproof jacket, waterproof pants, and grippy waterproof shoes are not optional.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Zero connectivity ashore. No cell signal, no Wi-Fi on land. Your ship's satellite internet is your only link to the outside world.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cruiseports.org/puerto-eden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