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del Rosario, Fuerteventura,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the City of Sculptures, Fuerteventura's windswept capital blends open-air art with laid-back Canarian life — and the island's legendary beaches start right at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💶 Euro (€)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Muelle de los Cruceros; new terminal opened May 2025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to Parque Escultórico and main streets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windsurfing, island drives, open-air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Corralejo Dunes National Park (25-35 min drive north)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€8–€12 — Taxi rank is located at the cruise terminal. The ride to the city center takes 5–15 minutes; fares are regulated. A loca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Corralejo Dunes National Park — </w:t>
      </w:r>
      <w:r>
        <w:rPr>
          <w:rFonts w:ascii="Arial" w:hAnsi="Arial" w:cs="Arial"/>
          <w:b w:val="0"/>
          <w:i w:val="0"/>
          <w:sz w:val="20"/>
        </w:rPr>
        <w:t>Vast golden dunes meeting brilliant turquoise water in a protected natural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Windsurfing &amp; Kitesurfing Lessons — </w:t>
      </w:r>
      <w:r>
        <w:rPr>
          <w:rFonts w:ascii="Arial" w:hAnsi="Arial" w:cs="Arial"/>
          <w:b w:val="0"/>
          <w:i w:val="0"/>
          <w:sz w:val="20"/>
        </w:rPr>
        <w:t>Fuerteventura is a world-class wind-sports destination.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Betancuria &amp; Island Drive — </w:t>
      </w:r>
      <w:r>
        <w:rPr>
          <w:rFonts w:ascii="Arial" w:hAnsi="Arial" w:cs="Arial"/>
          <w:b w:val="0"/>
          <w:i w:val="0"/>
          <w:sz w:val="20"/>
        </w:rPr>
        <w:t>The ancient capital of Fuerteventura sits in a dramatic mountain valley.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Whale Watching — </w:t>
      </w:r>
      <w:r>
        <w:rPr>
          <w:rFonts w:ascii="Arial" w:hAnsi="Arial" w:cs="Arial"/>
          <w:b w:val="0"/>
          <w:i w:val="0"/>
          <w:sz w:val="20"/>
        </w:rPr>
        <w:t>Boat trips from Puerto del Rosario or Corralejo offer reliable dolphin sightings; pilot whales and loggerhead turtles spotted…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Blanca Beach Day — </w:t>
      </w:r>
      <w:r>
        <w:rPr>
          <w:rFonts w:ascii="Arial" w:hAnsi="Arial" w:cs="Arial"/>
          <w:b w:val="0"/>
          <w:i w:val="0"/>
          <w:sz w:val="20"/>
        </w:rPr>
        <w:t>A 2 km walk south along the coastal promenade from the port, Playa Blanca is a wide, calm beach with a beach bar, lifeguards…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Sculpture Trail: </w:t>
      </w:r>
      <w:r>
        <w:rPr>
          <w:rFonts w:ascii="Arial" w:hAnsi="Arial" w:cs="Arial"/>
          <w:b w:val="0"/>
          <w:i w:val="0"/>
          <w:sz w:val="20"/>
        </w:rPr>
        <w:t>1.5 km · 30-45 min · Flat &amp; paved — From the cruise terminal, walk north along the promenade past the whale skeleton sculpture and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Playa Blanca: </w:t>
      </w:r>
      <w:r>
        <w:rPr>
          <w:rFonts w:ascii="Arial" w:hAnsi="Arial" w:cs="Arial"/>
          <w:b w:val="0"/>
          <w:i w:val="0"/>
          <w:sz w:val="20"/>
        </w:rPr>
        <w:t>2 km · 25 min · Easy coastal walk — Head south from the port along the coastal promenade past lime kilns and more sculptures.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7:05AM–8:38PM · Jul 7:08AM–8:54PM · Sep 7:40AM–7:59PM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cruiseports.org/puerto-del-rosario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del Rosario, Fuerteventura,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del-rosar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Nuestra Señora de la Candelaria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Museo Miguel de Unamuno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del Grano "La Cilla"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