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Cortés, Cortés, Honduras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Central America's busiest port isn't a tourist resort — it's the real thing. Authentic Honduran street life, Garifuna drumming, an 18th-century Spanish fortress, and some of the best baleadas you'll ever eat.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(commercial dock) · 🕒 Typical call: 8-10 hrs · 💵 USD widely accepted / Lempira · 🗣️ Spanish (limited English) · 🌿 Mainland gateway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commercial terminal; shuttle to port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~1.5 mi to Parque Central; taxi recommended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culture, jungle excursions, authentic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Fortaleza de San Fernando de Omoa (18th-century fortress)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$5–$20 USD — Taxis are the primary transport option from the port. The city center is a short distance away; confirm the fare before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Fortaleza de San Fernando de Omoa — </w:t>
      </w:r>
      <w:r>
        <w:rPr>
          <w:rFonts w:ascii="Arial" w:hAnsi="Arial" w:cs="Arial"/>
          <w:b w:val="0"/>
          <w:i w:val="0"/>
          <w:sz w:val="20"/>
        </w:rPr>
        <w:t>One of the largest Spanish colonial forts in Central America, built in the 1750s to repel pirates.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Pulhapanzak Waterfall — </w:t>
      </w:r>
      <w:r>
        <w:rPr>
          <w:rFonts w:ascii="Arial" w:hAnsi="Arial" w:cs="Arial"/>
          <w:b w:val="0"/>
          <w:i w:val="0"/>
          <w:sz w:val="20"/>
        </w:rPr>
        <w:t>A 43-metre cascade roaring through dense jungle.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Garifuna Village of Bajamar — </w:t>
      </w:r>
      <w:r>
        <w:rPr>
          <w:rFonts w:ascii="Arial" w:hAnsi="Arial" w:cs="Arial"/>
          <w:b w:val="0"/>
          <w:i w:val="0"/>
          <w:sz w:val="20"/>
        </w:rPr>
        <w:t>A short drive from port, Bajamar is a living Garifuna community — descendants of Carib, Arawak, and West African people.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Pedro Sula &amp; Guamilito Market — </w:t>
      </w:r>
      <w:r>
        <w:rPr>
          <w:rFonts w:ascii="Arial" w:hAnsi="Arial" w:cs="Arial"/>
          <w:b w:val="0"/>
          <w:i w:val="0"/>
          <w:sz w:val="20"/>
        </w:rPr>
        <w:t>Honduras's industrial capital is a 1-hour drive and home to the sprawling Guamilito Market, where hand-woven hammocks, Lenca…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Lancetilla Botanical Garden — </w:t>
      </w:r>
      <w:r>
        <w:rPr>
          <w:rFonts w:ascii="Arial" w:hAnsi="Arial" w:cs="Arial"/>
          <w:b w:val="0"/>
          <w:i w:val="0"/>
          <w:sz w:val="20"/>
        </w:rPr>
        <w:t>One of the largest tropical botanical gardens in the world, east of Puerto Cortés near Tela.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Parque Central &amp; Town Waterfront: </w:t>
      </w:r>
      <w:r>
        <w:rPr>
          <w:rFonts w:ascii="Arial" w:hAnsi="Arial" w:cs="Arial"/>
          <w:b w:val="0"/>
          <w:i w:val="0"/>
          <w:sz w:val="20"/>
        </w:rPr>
        <w:t>1-2 hrs · Easy · Cultural — Ride a taxi from the port gate to Parque Central, then stroll the shaded square past the cathedral…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5:14AM–5:46PM · Jul 5:22AM–5:57PM · Sep 5:24AM–5:33PM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cruiseports.org/puerto-cortes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Cortés, Cortés, Honduras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erto-cort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Ecológico y Turístico Safari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BALNEARIO VALLE BONITO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