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Providenciales, Turks and Caicos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Grace Bay Beach — consistently rated one of the world's best — Providenciales glows with neon-turquoise water, powder-white sand, and some of the finest snorkeling in the Caribbean. Small ships tender here; big-ship cruisers dock at nearby Grand Turk.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deep-water pier) · 🕒 Typical call: 6–8 hrs · 💵 US Dollar (USD) · 🗣️ English · 🏖️ World-class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land at South Dock or Turtle Cove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South Dock — taxi or excursion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conch dining, luxury shore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Grace Bay Beach swim + Da Conch Shack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~$7 for 2 passengers — Government-regulated fixed fares; taxis are typically large shared vans. Confirm fare before boarding and carry cash as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Grace Bay Beach Day — </w:t>
      </w:r>
      <w:r>
        <w:rPr>
          <w:rFonts w:ascii="Arial" w:hAnsi="Arial" w:cs="Arial"/>
          <w:b w:val="0"/>
          <w:i w:val="0"/>
          <w:sz w:val="20"/>
        </w:rPr>
        <w:t>Claim a stretch of the world-ranked beach at Grace Bay — roughly 3 miles of powder sand (part of a longer continuous stretch)…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Water Cay Iguana Tour — </w:t>
      </w:r>
      <w:r>
        <w:rPr>
          <w:rFonts w:ascii="Arial" w:hAnsi="Arial" w:cs="Arial"/>
          <w:b w:val="0"/>
          <w:i w:val="0"/>
          <w:sz w:val="20"/>
        </w:rPr>
        <w:t>A short boat ride to this protected nature reserve where endangered Turks and Caicos Rock Iguanas roam boardwalk trails above…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Bight Reef (Coral Gardens) — </w:t>
      </w:r>
      <w:r>
        <w:rPr>
          <w:rFonts w:ascii="Arial" w:hAnsi="Arial" w:cs="Arial"/>
          <w:b w:val="0"/>
          <w:i w:val="0"/>
          <w:sz w:val="20"/>
        </w:rPr>
        <w:t>Wade straight off Grace Bay's western end into a protected reef teeming with sea turtles, spotted eagle rays, and technicolor…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Chalk Sound Kayak or Paddleboard — </w:t>
      </w:r>
      <w:r>
        <w:rPr>
          <w:rFonts w:ascii="Arial" w:hAnsi="Arial" w:cs="Arial"/>
          <w:b w:val="0"/>
          <w:i w:val="0"/>
          <w:sz w:val="20"/>
        </w:rPr>
        <w:t>Electric-blue Chalk Sound National Park is a shallow inland lagoon dotted with rocky islets.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Clear-Kayak Mangrove Tour — </w:t>
      </w:r>
      <w:r>
        <w:rPr>
          <w:rFonts w:ascii="Arial" w:hAnsi="Arial" w:cs="Arial"/>
          <w:b w:val="0"/>
          <w:i w:val="0"/>
          <w:sz w:val="20"/>
        </w:rPr>
        <w:t>Guided paddle through Mangrove Cay in a clear-bottom kayak revealing baby sharks, sea turtles, and inverted jellyfish just inches…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Grace Bay Beach Stroll: </w:t>
      </w:r>
      <w:r>
        <w:rPr>
          <w:rFonts w:ascii="Arial" w:hAnsi="Arial" w:cs="Arial"/>
          <w:b w:val="0"/>
          <w:i w:val="0"/>
          <w:sz w:val="20"/>
        </w:rPr>
        <w:t>~2 km, flat, 30 min one-way — Walk the full sweep of Grace Bay from Coral Gardens to the eastern hotels.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Turtle Cove to Grace Bay: </w:t>
      </w:r>
      <w:r>
        <w:rPr>
          <w:rFonts w:ascii="Arial" w:hAnsi="Arial" w:cs="Arial"/>
          <w:b w:val="0"/>
          <w:i w:val="0"/>
          <w:sz w:val="20"/>
        </w:rPr>
        <w:t>~1.5 km, flat, 20 min — From Turtle Cove Marina, follow Suzie Turn Road east through low scrubland to reach the western…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cruiseports.org/providenciales-island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Providenciales, Turks and Caicos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videnciale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Divine Providence Roman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Dive Provo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Sapodilla Hill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Smith’s Reef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Provo Ponies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Cheshire Hall Plantation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