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Prickly Bay Marina, L'Anse aux Epines, Grenada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sheltered yacht haven on Grenada's sun-drenched southern coast, Prickly Bay Marina is the gateway to the Spice Island's finest beaches, otherworldly underwater art, and crater-lake rainforest just a short ride inland.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cruise pier) · 🕒 Typical call: 6-8 hrs · 💵 EC Dollar (USD widely accepted) · 🗣️ English · 🌶️ Spice Island vibes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the bay; superyachts may berth at the marina's concrete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L'Anse aux Epines village is walkable; Grand Anse is ~10 min by taxi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underwater sculpture diving, rainforest hikes, rum &amp; chocolate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Molinere Underwater Sculpture Park — snorkeling or glass-bottom boat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$20–$25 USD — Taxis available at the marina for hire. Negotiate fare before departure; ~$20–25 USD to St. George's city center, cash (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Haylup, Ryde Go, Dash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Underwater Sculpture Park — </w:t>
      </w:r>
      <w:r>
        <w:rPr>
          <w:rFonts w:ascii="Arial" w:hAnsi="Arial" w:cs="Arial"/>
          <w:b w:val="0"/>
          <w:i w:val="0"/>
          <w:sz w:val="20"/>
        </w:rPr>
        <w:t>Molinere Bay hosts dozens of life-sized sculptures submerged in 10–40 ft of water — one of the world's most unique snorkel or…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Grand Anse Beach — </w:t>
      </w:r>
      <w:r>
        <w:rPr>
          <w:rFonts w:ascii="Arial" w:hAnsi="Arial" w:cs="Arial"/>
          <w:b w:val="0"/>
          <w:i w:val="0"/>
          <w:sz w:val="20"/>
        </w:rPr>
        <w:t>Grenada's famous two-mile arc of white sand is a short taxi ride from the marina.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Grand Etang Rainforest &amp; Crater Lake Hike — </w:t>
      </w:r>
      <w:r>
        <w:rPr>
          <w:rFonts w:ascii="Arial" w:hAnsi="Arial" w:cs="Arial"/>
          <w:b w:val="0"/>
          <w:i w:val="0"/>
          <w:sz w:val="20"/>
        </w:rPr>
        <w:t>Drive up into the misty central highlands to Grand Etang National Park, centered on a volcanic crater lake.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Rum &amp; Chocolate Tasting Tour — </w:t>
      </w:r>
      <w:r>
        <w:rPr>
          <w:rFonts w:ascii="Arial" w:hAnsi="Arial" w:cs="Arial"/>
          <w:b w:val="0"/>
          <w:i w:val="0"/>
          <w:sz w:val="20"/>
        </w:rPr>
        <w:t>Grenada is the Spice Island — and also produces fine single-estate chocolate and award-winning rum.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St. George's &amp; Fort Frederick — </w:t>
      </w:r>
      <w:r>
        <w:rPr>
          <w:rFonts w:ascii="Arial" w:hAnsi="Arial" w:cs="Arial"/>
          <w:b w:val="0"/>
          <w:i w:val="0"/>
          <w:sz w:val="20"/>
        </w:rPr>
        <w:t>Grenada's horseshoe-shaped capital is one of the prettiest in the Caribbean.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L'Anse aux Epines Peninsula Stroll: </w:t>
      </w:r>
      <w:r>
        <w:rPr>
          <w:rFonts w:ascii="Arial" w:hAnsi="Arial" w:cs="Arial"/>
          <w:b w:val="0"/>
          <w:i w:val="0"/>
          <w:sz w:val="20"/>
        </w:rPr>
        <w:t>1.5 km · Easy · 20-30 min — From the marina, walk the quiet road along the peninsula past private villas and glimpses of calm…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Prickly Bay Beach to True Blue Beach: </w:t>
      </w:r>
      <w:r>
        <w:rPr>
          <w:rFonts w:ascii="Arial" w:hAnsi="Arial" w:cs="Arial"/>
          <w:b w:val="0"/>
          <w:i w:val="0"/>
          <w:sz w:val="20"/>
        </w:rPr>
        <w:t>2 km · Easy · 25-35 min — Head south from the marina along the shoreline road to reach True Blue Bay, a quiet anchorage with…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5:43AM–6:23PM · Jul 5:50AM–6:35PM · Sep 5:56AM–6:07PM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cruiseports.org/prickly-bay-marina-grenada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Prickly Bay Marina, L'Anse aux Epines, Grenada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rickly-bay-marina-grenad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Annandale Waterfall &amp; Forest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Clarke's Court Rum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BBC Beach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Cathedral of the Immaculate Conception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Quarantine Point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Grenada Underwater Sculpture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