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Praia,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For an authentic experience, explore the Plateau (Platô) district for colonial history and the vibrant markets of the city.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🏙️ Capital City · 🏛️ Colonial Architecture · 🏖️ Atlantic Coast · 🎶 Carnival Spirit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Port: </w:t>
      </w:r>
      <w:r>
        <w:rPr>
          <w:rFonts w:ascii="Arial" w:hAnsi="Arial" w:cs="Arial"/>
          <w:b w:val="0"/>
          <w:i w:val="0"/>
          <w:sz w:val="20"/>
        </w:rPr>
        <w:t>Praia Port (Porto de Praia)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Cape Verdean Escudo (CVE)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Portuguese and Kriolu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Semi-arid, warm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500–1,000 CVE (~€5–10) — Taxis wait at the port and are the most convenient option to reach the Plateau (city center), about 2–3 km away. Agree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Plateau (Platô) District — </w:t>
      </w:r>
      <w:r>
        <w:rPr>
          <w:rFonts w:ascii="Arial" w:hAnsi="Arial" w:cs="Arial"/>
          <w:b w:val="0"/>
          <w:i w:val="0"/>
          <w:sz w:val="20"/>
        </w:rPr>
        <w:t>Walk through the historic center, visiting the Presidential Palace and colonial squares.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Sucupira Market — </w:t>
      </w:r>
      <w:r>
        <w:rPr>
          <w:rFonts w:ascii="Arial" w:hAnsi="Arial" w:cs="Arial"/>
          <w:b w:val="0"/>
          <w:i w:val="0"/>
          <w:sz w:val="20"/>
        </w:rPr>
        <w:t>Immerse yourself in the bustling open-air market filled with fresh produce, spices, textiles, and local crafts.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Quebra Canela Beach — </w:t>
      </w:r>
      <w:r>
        <w:rPr>
          <w:rFonts w:ascii="Arial" w:hAnsi="Arial" w:cs="Arial"/>
          <w:b w:val="0"/>
          <w:i w:val="0"/>
          <w:sz w:val="20"/>
        </w:rPr>
        <w:t>Relax on the crescent-shaped golden sands with calm waters, beach bars, and fresh seafood.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Cidade Velha &amp; São Filipe Fort — </w:t>
      </w:r>
      <w:r>
        <w:rPr>
          <w:rFonts w:ascii="Arial" w:hAnsi="Arial" w:cs="Arial"/>
          <w:b w:val="0"/>
          <w:i w:val="0"/>
          <w:sz w:val="20"/>
        </w:rPr>
        <w:t>Visit the UNESCO-listed first European colonial town in the tropics and explore the hilltop Fortaleza Real de São Filipe.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Plateau Loop: </w:t>
      </w:r>
      <w:r>
        <w:rPr>
          <w:rFonts w:ascii="Arial" w:hAnsi="Arial" w:cs="Arial"/>
          <w:b w:val="0"/>
          <w:i w:val="0"/>
          <w:sz w:val="20"/>
        </w:rPr>
        <w:t>Historic Center — A loop around the historic Plateau district, visiting the Presidential Palace and colonial-era…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Promenade: </w:t>
      </w:r>
      <w:r>
        <w:rPr>
          <w:rFonts w:ascii="Arial" w:hAnsi="Arial" w:cs="Arial"/>
          <w:b w:val="0"/>
          <w:i w:val="0"/>
          <w:sz w:val="20"/>
        </w:rPr>
        <w:t>Ocean View — A walk along the waterfront, offering views of the Atlantic and the ships in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Wander: </w:t>
      </w:r>
      <w:r>
        <w:rPr>
          <w:rFonts w:ascii="Arial" w:hAnsi="Arial" w:cs="Arial"/>
          <w:b w:val="0"/>
          <w:i w:val="0"/>
          <w:sz w:val="20"/>
        </w:rPr>
        <w:t>Shopping — A stroll through Sucupira Market, exploring the local trade and culture.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6:05AM–6:55PM · Jul 6:12AM–7:07PM · Sep 6:22AM–6:35PM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cruiseports.org/praia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Praia, Cape Verde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a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Dona Maria Pia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Etnográfico da Praia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São Filipe Royal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Pelourinho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Presidential Palace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