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Poulsbo, Washington,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Poulsbo earns its 'Little Norway' nickname with Viking-themed storefronts, Norwegian pastries, and a scenic waterfront on Liberty Bay. American Cruise Lines small ships anchor in Liberty Bay and tender passengers to the Port of Poulsbo dock, steps from downtown — this is one of Puget Sound's most walkable and charming ports.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Anchor &amp; tender (small ships only) · 🕒 Typical call: 5–7 hrs · 💵 US Dollar · 🗣️ English · 🇳🇴 Norwegian heritage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anchor in Liberty Bay; passengers tender to the Port of Poulsbo dock — small vessels only (American Cruise Lines–size)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the dock to Front Street shops and Sluys Bakery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Scandinavian food, boutique shopping, waterfront strolls, kayaking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Sluys Bakery Viking Donuts and the SEA Discovery Center touch tanks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 base + $3/mile — Local taxis serve the area. For the short marina-to-downtown trip the fare is minimal; fares increase for longer trips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Front Street Scandinavian Stroll — </w:t>
      </w:r>
      <w:r>
        <w:rPr>
          <w:rFonts w:ascii="Arial" w:hAnsi="Arial" w:cs="Arial"/>
          <w:b w:val="0"/>
          <w:i w:val="0"/>
          <w:sz w:val="20"/>
        </w:rPr>
        <w:t>Wander Poulsbo's Norwegian-themed main street, ducking into Nordiska for Nordic homewares, Liberty Bay Books for local reads,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Poulsbo Maritime Museum — </w:t>
      </w:r>
      <w:r>
        <w:rPr>
          <w:rFonts w:ascii="Arial" w:hAnsi="Arial" w:cs="Arial"/>
          <w:b w:val="0"/>
          <w:i w:val="0"/>
          <w:sz w:val="20"/>
        </w:rPr>
        <w:t>Small but engaging museum documenting Poulsbo's Norwegian fishing heritage, traditional boat building, and the Scandinavian…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Liberty Bay Kayaking — </w:t>
      </w:r>
      <w:r>
        <w:rPr>
          <w:rFonts w:ascii="Arial" w:hAnsi="Arial" w:cs="Arial"/>
          <w:b w:val="0"/>
          <w:i w:val="0"/>
          <w:sz w:val="20"/>
        </w:rPr>
        <w:t>Paddle the calm waters of Liberty Bay from Olympic Outdoor Center — spot harbor seals, great blue herons, and the forested…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Discovery Center — </w:t>
      </w:r>
      <w:r>
        <w:rPr>
          <w:rFonts w:ascii="Arial" w:hAnsi="Arial" w:cs="Arial"/>
          <w:b w:val="0"/>
          <w:i w:val="0"/>
          <w:sz w:val="20"/>
        </w:rPr>
        <w:t>Interactive marine science center with touch tanks featuring local Puget Sound species — sea stars, anemones, crabs.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Poulsbo Fish Park — </w:t>
      </w:r>
      <w:r>
        <w:rPr>
          <w:rFonts w:ascii="Arial" w:hAnsi="Arial" w:cs="Arial"/>
          <w:b w:val="0"/>
          <w:i w:val="0"/>
          <w:sz w:val="20"/>
        </w:rPr>
        <w:t>A 40-acre natural park along Dogfish Creek where you can watch salmon on their spawning runs, walk forest trails, and enjoy quiet…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Front Street Loop: </w:t>
      </w:r>
      <w:r>
        <w:rPr>
          <w:rFonts w:ascii="Arial" w:hAnsi="Arial" w:cs="Arial"/>
          <w:b w:val="0"/>
          <w:i w:val="0"/>
          <w:sz w:val="20"/>
        </w:rPr>
        <w:t>1 mile · Easy · 30–45 min — From the marina, walk the boardwalk past Waterfront Park and the Viking statue, then up to 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Maritime Museum &amp; SEA Discovery Center: </w:t>
      </w:r>
      <w:r>
        <w:rPr>
          <w:rFonts w:ascii="Arial" w:hAnsi="Arial" w:cs="Arial"/>
          <w:b w:val="0"/>
          <w:i w:val="0"/>
          <w:sz w:val="20"/>
        </w:rPr>
        <w:t>0.5 miles · Easy · 30 min walk (plus time inside) — Head north along the waterfront from the marina to visit both the Poulsbo Historical Museum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5:32AM–8:42PM · Jul 5:28AM–9:04PM · Sep 6:48AM–7:21PM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cruiseports.org/poulsbo-wa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Poulsbo, Washington,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ulsbo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Kitsap Memorial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Historic Downtown Poulsbo Association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Battle Point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Poulsbo Heritage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Frog Rock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Forest Rock Hills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Silverdale Dog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