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Portuguese Island, Maputo Bay, Mozambique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wild, uninhabited sandbar in Maputo Bay, Portuguese Island gives cruise passengers a rare private-island day on the Indian Ocean — white sand, warm turquoise water, local craft vendors, and a grilled prawn braai right on the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6-8 hrs · 💵 USD / ZAR / Metical accepted · 🗣️ Portuguese / Shangaan · 🏖️ Beach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anchorage — no pier for large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Beach &amp; facilities 2-5 min from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snorkeling, kayaking, local crafts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Local craft market &amp; grilled giant prawns on the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on Portuguese Island — </w:t>
      </w:r>
      <w:r>
        <w:rPr>
          <w:rFonts w:ascii="Arial" w:hAnsi="Arial" w:cs="Arial"/>
          <w:b w:val="0"/>
          <w:i w:val="0"/>
          <w:sz w:val="20"/>
        </w:rPr>
        <w:t>The island's main draw — wide white-sand beaches, warm calm water, and a buffet set up by the cruise 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Shallows — </w:t>
      </w:r>
      <w:r>
        <w:rPr>
          <w:rFonts w:ascii="Arial" w:hAnsi="Arial" w:cs="Arial"/>
          <w:b w:val="0"/>
          <w:i w:val="0"/>
          <w:sz w:val="20"/>
        </w:rPr>
        <w:t>The shallow, clear waters around Portuguese Island harbour colourful reef fish and patches of live coral.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Stand-up Paddleboarding — </w:t>
      </w:r>
      <w:r>
        <w:rPr>
          <w:rFonts w:ascii="Arial" w:hAnsi="Arial" w:cs="Arial"/>
          <w:b w:val="0"/>
          <w:i w:val="0"/>
          <w:sz w:val="20"/>
        </w:rPr>
        <w:t>Rental kayaks and SUPs are typically available on the beach, giving you a chance to explore the calm bay at your own pace.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Trip to Inhaca Island — </w:t>
      </w:r>
      <w:r>
        <w:rPr>
          <w:rFonts w:ascii="Arial" w:hAnsi="Arial" w:cs="Arial"/>
          <w:b w:val="0"/>
          <w:i w:val="0"/>
          <w:sz w:val="20"/>
        </w:rPr>
        <w:t>A short boat hop reaches Inhaca Island, the largest in Maputo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Craft Market — </w:t>
      </w:r>
      <w:r>
        <w:rPr>
          <w:rFonts w:ascii="Arial" w:hAnsi="Arial" w:cs="Arial"/>
          <w:b w:val="0"/>
          <w:i w:val="0"/>
          <w:sz w:val="20"/>
        </w:rPr>
        <w:t>Artisans boat over from Inhaca Island each cruise day to sell wood carvings, colourful capulana fabric, beaded jewellery,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Perimeter Stroll: </w:t>
      </w:r>
      <w:r>
        <w:rPr>
          <w:rFonts w:ascii="Arial" w:hAnsi="Arial" w:cs="Arial"/>
          <w:b w:val="0"/>
          <w:i w:val="0"/>
          <w:sz w:val="20"/>
        </w:rPr>
        <w:t>~1-2 km | Easy | 20-40 min — Walk the length of the beach from the tender landing northward along the shore.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 in small bills. USD and South African Rand are widely accepted by local vendors; Mozambican Metical also works. There are no ATMs or card readers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 protection is non-negotiable. The Indian Ocean sun is intense. Reef-safe sunscreen, a wide-brim hat, and a rash guard will save your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Apply insect repellent before going ashore. Sandflies and mosquitoes are present near the scrubby interior, particularly in early morning and evening.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cruiseports.org/portuguese-island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