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Portsmouth, Saint John, Dominica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Dominica's second city sits where a 18th-century British fort guards a sweep of tropical bay. Tender ashore at Cabrits Pier and you're steps from wild rivers, volcanic hikes, and one of the Caribbean's most unspoiled coastlines.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(Prince Rupert Bay) · 🕒 Typical call: 7-9 hrs · 💵 Eastern Caribbean Dollar / USD accepted · 🗣️ English (official)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Cabrits Pier, Cabrits National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mile (20 min) south to Portsmouth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history, river tours,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Indian River boat tour &amp; Fort Shirley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$5–10 USD (local); $15–19 USD (to Roseau) — Taxis wait at the pier. Fares are not metered — negotiate before you get in. USD and Eastern Caribbean dollars both acce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Indian River Boat Tour — </w:t>
      </w:r>
      <w:r>
        <w:rPr>
          <w:rFonts w:ascii="Arial" w:hAnsi="Arial" w:cs="Arial"/>
          <w:b w:val="0"/>
          <w:i w:val="0"/>
          <w:sz w:val="20"/>
        </w:rPr>
        <w:t>Glide through a serene mangrove corridor on a hand-oared wooden boat guided by local boatmen.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Shirley &amp; Cabrits National Park — </w:t>
      </w:r>
      <w:r>
        <w:rPr>
          <w:rFonts w:ascii="Arial" w:hAnsi="Arial" w:cs="Arial"/>
          <w:b w:val="0"/>
          <w:i w:val="0"/>
          <w:sz w:val="20"/>
        </w:rPr>
        <w:t>Walk straight from the pier into this restored 18th-century British garrison perched on volcanic headlands.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Dominica is one of the world's best year-round spots for sperm whale encounters.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Reef Snorkel — </w:t>
      </w:r>
      <w:r>
        <w:rPr>
          <w:rFonts w:ascii="Arial" w:hAnsi="Arial" w:cs="Arial"/>
          <w:b w:val="0"/>
          <w:i w:val="0"/>
          <w:sz w:val="20"/>
        </w:rPr>
        <w:t>Drive south to this volcanic snorkel site where underwater hot springs bubble through the reef like carbonation, creating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Trafalgar Falls Day Trip — </w:t>
      </w:r>
      <w:r>
        <w:rPr>
          <w:rFonts w:ascii="Arial" w:hAnsi="Arial" w:cs="Arial"/>
          <w:b w:val="0"/>
          <w:i w:val="0"/>
          <w:sz w:val="20"/>
        </w:rPr>
        <w:t>Twin waterfalls — Father and Mother — cascade into pools surrounded by lush Morne Trois Pitons National Park vegetation.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Cabrits Peninsula Loop: </w:t>
      </w:r>
      <w:r>
        <w:rPr>
          <w:rFonts w:ascii="Arial" w:hAnsi="Arial" w:cs="Arial"/>
          <w:b w:val="0"/>
          <w:i w:val="0"/>
          <w:sz w:val="20"/>
        </w:rPr>
        <w:t>1.5 miles | Easy-moderate | 45-60 min — From Cabrits Pier, follow signs into Cabrits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Portsmouth Waterfront Walk: </w:t>
      </w:r>
      <w:r>
        <w:rPr>
          <w:rFonts w:ascii="Arial" w:hAnsi="Arial" w:cs="Arial"/>
          <w:b w:val="0"/>
          <w:i w:val="0"/>
          <w:sz w:val="20"/>
        </w:rPr>
        <w:t>1 mile | Easy | 20 min — A flat, pleasant walk south along Prince Rupert Bay's shoreline from Cabrits Pier into Portsmouth…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5:15AM–8:46PM · Jul 5:08AM–9:11PM · Sep 6:40AM–7:17PM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cruiseports.org/portsmouth-dominica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Portsmouth, Saint John, Dominica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smouth-domini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Cabrits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Shirley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River Tours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