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Portoferraio, Elba, Italy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island that held Napoleon captive and still refuses to let visitors leave. Elba's capital packs Medici fortresses, turquoise coves, and genuinely good Tuscan seafood into a port you can conquer on foot.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Mixed: pier or tender (ship-size dependent) · 🕒 Typical call: 7-10 hrs · 💶 Euro (EUR) · 🗣️ Italian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Smaller ships dock at Alto Fondale pier; larger vessels anchor and tender to Darsena Medicea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Immediate — tender jetty and pier are both steps from the old town gate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 (Napoleon), beaches, Italian food, scenic island drives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Villa dei Mulini (Napoleon's residence) and Spiaggia delle Ghiaie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~€10–13 — Taxis wait near the port entrance. The fare to the city center is roughly €10–13 based on a ~€1.40 base plus per-km mete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Napoleon's Elba: Villa dei Mulini &amp; Forte Falcone — </w:t>
      </w:r>
      <w:r>
        <w:rPr>
          <w:rFonts w:ascii="Arial" w:hAnsi="Arial" w:cs="Arial"/>
          <w:b w:val="0"/>
          <w:i w:val="0"/>
          <w:sz w:val="20"/>
        </w:rPr>
        <w:t>Walk up through the old town to Napoleon's official island residence — still furnished with his library and Empire-style…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Spiaggia delle Ghiaie — Elba's Walking Beach — </w:t>
      </w:r>
      <w:r>
        <w:rPr>
          <w:rFonts w:ascii="Arial" w:hAnsi="Arial" w:cs="Arial"/>
          <w:b w:val="0"/>
          <w:i w:val="0"/>
          <w:sz w:val="20"/>
        </w:rPr>
        <w:t>A 15-minute flat walk from the pier brings you to this postcard-perfect pebble cove with clear turquoise water in a protected…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Sansone &amp; Sorgente Beaches — </w:t>
      </w:r>
      <w:r>
        <w:rPr>
          <w:rFonts w:ascii="Arial" w:hAnsi="Arial" w:cs="Arial"/>
          <w:b w:val="0"/>
          <w:i w:val="0"/>
          <w:sz w:val="20"/>
        </w:rPr>
        <w:t>Regularly ranked among Italy's most beautiful, these white-cliff coves sit 15 minutes by taxi from town.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Island Loop: Porto Azzurro &amp; Capoliveri — </w:t>
      </w:r>
      <w:r>
        <w:rPr>
          <w:rFonts w:ascii="Arial" w:hAnsi="Arial" w:cs="Arial"/>
          <w:b w:val="0"/>
          <w:i w:val="0"/>
          <w:sz w:val="20"/>
        </w:rPr>
        <w:t>Combine the pastel-painted fishing harbour of Porto Azzurro with the hilltop village of Capoliveri — both beloved by Italian…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Scooter or E-Bike Rental — </w:t>
      </w:r>
      <w:r>
        <w:rPr>
          <w:rFonts w:ascii="Arial" w:hAnsi="Arial" w:cs="Arial"/>
          <w:b w:val="0"/>
          <w:i w:val="0"/>
          <w:sz w:val="20"/>
        </w:rPr>
        <w:t>Rental shops cluster near the port.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Harbor to Forte Falcone via Old Town: </w:t>
      </w:r>
      <w:r>
        <w:rPr>
          <w:rFonts w:ascii="Arial" w:hAnsi="Arial" w:cs="Arial"/>
          <w:b w:val="0"/>
          <w:i w:val="0"/>
          <w:sz w:val="20"/>
        </w:rPr>
        <w:t>1.2 km | 30-40 min one-way | Steep ascent via stone steps — From the tender jetty, pass through Porta del Mare into the old town and climb the salite (stepped…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Harbor to Spiaggia delle Ghiaie: </w:t>
      </w:r>
      <w:r>
        <w:rPr>
          <w:rFonts w:ascii="Arial" w:hAnsi="Arial" w:cs="Arial"/>
          <w:b w:val="0"/>
          <w:i w:val="0"/>
          <w:sz w:val="20"/>
        </w:rPr>
        <w:t>0.9 km | 15 min | Flat and easy — Head north from Calata Mazzini along the harbor road, rounding the headland to reach Elba's most…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5:56AM–8:34PM · Jul 5:54AM–8:54PM · Sep 6:58AM–7:28PM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cruiseports.org/portoferraio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Portoferraio, Elba, Italy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rtoferraio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Fortezze Medicee di Portoferraio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Parco Minelba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Capo d'Enfola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Lavatoio Pubblico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Orto dei Semplici Elbano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Museo civico archeologico del Distretto minerario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Spiaggia di Sansone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dog beach Porto Azzurro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