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Vecchio,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St. Tropez of Corsica — a Genoese hilltop citadel ringed by some of the Mediterranean's most dazzling beaches. Small ships dock; larger vessels tender into the marina.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ships) or docked (small ships) · 🕒 Typical call: 7-9 hrs · 💶 Euro (€) · 🗣️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medium/large ships; small ships may dock at Quai de Syracuse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15-20 min uphill from marina; steep — tourist train available (~€7-8)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Corsican cuisine, history, boat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Palombaggia Beach &amp; a day trip to dramatic clifftop Bonifacio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~€12–16 — Official taxis charge a €2 base fare plus ~€2.54/km. The port to city center is roughly 5 km, putting the fare around €1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Palombaggia Beach Day — </w:t>
      </w:r>
      <w:r>
        <w:rPr>
          <w:rFonts w:ascii="Arial" w:hAnsi="Arial" w:cs="Arial"/>
          <w:b w:val="0"/>
          <w:i w:val="0"/>
          <w:sz w:val="20"/>
        </w:rPr>
        <w:t>Corsica's most iconic beach: white sand, turquoise water, umbrella pines and pink granite rocks.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Lavezzi Islands Boat Tour — </w:t>
      </w:r>
      <w:r>
        <w:rPr>
          <w:rFonts w:ascii="Arial" w:hAnsi="Arial" w:cs="Arial"/>
          <w:b w:val="0"/>
          <w:i w:val="0"/>
          <w:sz w:val="20"/>
        </w:rPr>
        <w:t>A protected marine reserve of granite boulders and impossibly clear water, south of Porto Vecchio.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Bonifacio Day Trip — </w:t>
      </w:r>
      <w:r>
        <w:rPr>
          <w:rFonts w:ascii="Arial" w:hAnsi="Arial" w:cs="Arial"/>
          <w:b w:val="0"/>
          <w:i w:val="0"/>
          <w:sz w:val="20"/>
        </w:rPr>
        <w:t>One of the Mediterranean's most jaw-dropping sights: a medieval town perched on white limestone cliffs 70 m above the sea, just…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Vecchio Citadel &amp; Old Town — </w:t>
      </w:r>
      <w:r>
        <w:rPr>
          <w:rFonts w:ascii="Arial" w:hAnsi="Arial" w:cs="Arial"/>
          <w:b w:val="0"/>
          <w:i w:val="0"/>
          <w:sz w:val="20"/>
        </w:rPr>
        <w:t>Climb or train up to the Genoese citadel and wander cobblestone lanes past boutiques, charcuterie shops and the panoramic Porte…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Aiguilles de Bavella &amp; Ospedale Forest — </w:t>
      </w:r>
      <w:r>
        <w:rPr>
          <w:rFonts w:ascii="Arial" w:hAnsi="Arial" w:cs="Arial"/>
          <w:b w:val="0"/>
          <w:i w:val="0"/>
          <w:sz w:val="20"/>
        </w:rPr>
        <w:t>Swap the beach for dramatic red-granite needle peaks and fragrant pine forest just 30-45 min inland — a completely different 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Citadel: </w:t>
      </w:r>
      <w:r>
        <w:rPr>
          <w:rFonts w:ascii="Arial" w:hAnsi="Arial" w:cs="Arial"/>
          <w:b w:val="0"/>
          <w:i w:val="0"/>
          <w:sz w:val="20"/>
        </w:rPr>
        <w:t>1 km · 20 min · Steep uphill — Walk from the marina along the waterfront, then follow signs uphill through the residential streets…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 Marshes Stroll: </w:t>
      </w:r>
      <w:r>
        <w:rPr>
          <w:rFonts w:ascii="Arial" w:hAnsi="Arial" w:cs="Arial"/>
          <w:b w:val="0"/>
          <w:i w:val="0"/>
          <w:sz w:val="20"/>
        </w:rPr>
        <w:t>2-3 km · 45 min · Flat &amp; easy — From the port, walk south along the shore of the gulf past the historic salt marshes.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6:02AM–8:37PM · Jul 6:01AM–8:57PM · Sep 7:03AM–7:32PM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cruiseports.org/porto-vecchio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Vecchio,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vecch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Lac de Melu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Tree Adventure Park Vizzavona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Ski resort of Ghisoni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Fortin de Pasciola - Bastione di Pasciola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Cascade des Anglais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Rivière du Vecchio - Fiumicellu d'U Vechju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de Vaux - U Forte di Vaux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Lac de Capitellu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