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Santo Stefano,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Spanish military enclave turned Italian Riviera gem, Porto Santo Stefano clings to the dramatic cliffs of Monte Argentario with pastel houses, a yacht-filled harbor, and some of the clearest Tyrrhenian water you'll ever see.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6–9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Smaller ships dock at Porto Vecchio; large ships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from tender/pier to Piazza dei Rioni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Upscale Tuscan ambiance, beach walks through WWII tunnels,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Spanish Fortress panorama &amp; the walk to Cantoniera beach via old railway tunnels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— Taxis are available near the port. For short in-town rides fares are minimal; agree on price before departing as meters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Fortress (Fortezza Spagnola) — </w:t>
      </w:r>
      <w:r>
        <w:rPr>
          <w:rFonts w:ascii="Arial" w:hAnsi="Arial" w:cs="Arial"/>
          <w:b w:val="0"/>
          <w:i w:val="0"/>
          <w:sz w:val="20"/>
        </w:rPr>
        <w:t>Climb to this massive hilltop fort, built between the late 16th and early 17th centuries during the Spanish State of the Presidii…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Tunnel Walk to Cantoniera Beach — </w:t>
      </w:r>
      <w:r>
        <w:rPr>
          <w:rFonts w:ascii="Arial" w:hAnsi="Arial" w:cs="Arial"/>
          <w:b w:val="0"/>
          <w:i w:val="0"/>
          <w:sz w:val="20"/>
        </w:rPr>
        <w:t>A unique shore-day walk: head west along the coast and pass through two decommissioned railway tunnels (bombed in WWII, never…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Isola del Giglio — </w:t>
      </w:r>
      <w:r>
        <w:rPr>
          <w:rFonts w:ascii="Arial" w:hAnsi="Arial" w:cs="Arial"/>
          <w:b w:val="0"/>
          <w:i w:val="0"/>
          <w:sz w:val="20"/>
        </w:rPr>
        <w:t>Hop a Toremar or Maregiglio ferry for a 1-hour crossing to this rugged, car-free island with crystal coves and a medieval hilltop…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Feniglia &amp; Giannella Sandy Beaches — </w:t>
      </w:r>
      <w:r>
        <w:rPr>
          <w:rFonts w:ascii="Arial" w:hAnsi="Arial" w:cs="Arial"/>
          <w:b w:val="0"/>
          <w:i w:val="0"/>
          <w:sz w:val="20"/>
        </w:rPr>
        <w:t>A 10-minute taxi ride reaches the long sandy tombolo spits connecting Monte Argentario to the mainland.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Ercole &amp; Roman Ruins at Ansedonia — </w:t>
      </w:r>
      <w:r>
        <w:rPr>
          <w:rFonts w:ascii="Arial" w:hAnsi="Arial" w:cs="Arial"/>
          <w:b w:val="0"/>
          <w:i w:val="0"/>
          <w:sz w:val="20"/>
        </w:rPr>
        <w:t>Porto Ercole is the quieter, even more aristocratic fishing village on the other side of the Monte Argentario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Promenade to WWII Tunnels &amp; Cantoniera Beach: </w:t>
      </w:r>
      <w:r>
        <w:rPr>
          <w:rFonts w:ascii="Arial" w:hAnsi="Arial" w:cs="Arial"/>
          <w:b w:val="0"/>
          <w:i w:val="0"/>
          <w:sz w:val="20"/>
        </w:rPr>
        <w:t>3.5 km round trip · Easy · ~1.5 hrs — Walk west along the Lungomare (designed by car designer Giorgetto Giugiaro) past the Porto Vecchio…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Spanish Fortress: </w:t>
      </w:r>
      <w:r>
        <w:rPr>
          <w:rFonts w:ascii="Arial" w:hAnsi="Arial" w:cs="Arial"/>
          <w:b w:val="0"/>
          <w:i w:val="0"/>
          <w:sz w:val="20"/>
        </w:rPr>
        <w:t>1 km one-way · Moderate (steep) · ~30 min — From the harbor promenade, follow signs uphill through steep cobblestone alleys to the Fortezza…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5:54AM–8:30PM · Jul 5:52AM–8:50PM · Sep 6:55AM–7:24PM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cruiseports.org/porto-santo-stefano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Santo Stefano,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santo-stef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Acquario Di Talamone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della Cacciarella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Town of Cosa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Grande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Argentario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Dell'Argentiera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