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Belo, Santa Catarina,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tranquil bay town on Brazil's Costa Esmeralda (Emerald Coast) with emerald-green waters, a car-free island just offshore, and some of southern Brazil's most beautiful beaches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Brazilian Real (BRL) · 🗣️ Portuguese · 🏖️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bay, boats to yacht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 via free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island walks, floating bars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Ilha de Porto Belo island trail and Caixa d'Aço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BRL 20–60 — Metered taxis are available near the port. Fares within Porto Belo and to nearby beaches like Bombinhas typically run BR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Ilha de Porto Belo Island Tour — </w:t>
      </w:r>
      <w:r>
        <w:rPr>
          <w:rFonts w:ascii="Arial" w:hAnsi="Arial" w:cs="Arial"/>
          <w:b w:val="0"/>
          <w:i w:val="0"/>
          <w:sz w:val="20"/>
        </w:rPr>
        <w:t>A serene island just a few hundred meters offshore, reached by water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Floating Bars at Caixa d'Aço — </w:t>
      </w:r>
      <w:r>
        <w:rPr>
          <w:rFonts w:ascii="Arial" w:hAnsi="Arial" w:cs="Arial"/>
          <w:b w:val="0"/>
          <w:i w:val="0"/>
          <w:sz w:val="20"/>
        </w:rPr>
        <w:t>Porto Belo's famous flutuantes — floating bars moored in the turquoise Caixa d'Aço cove — serve cold caipirinhas and grilled…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Bombinhas Beaches Day Trip — </w:t>
      </w:r>
      <w:r>
        <w:rPr>
          <w:rFonts w:ascii="Arial" w:hAnsi="Arial" w:cs="Arial"/>
          <w:b w:val="0"/>
          <w:i w:val="0"/>
          <w:sz w:val="20"/>
        </w:rPr>
        <w:t>Head 8 km east to the Bombinhas peninsula, home to Sepultura Beach — renowned as one of Brazil's best snorkeling spots — plus…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Schooner Bay Circuit — </w:t>
      </w:r>
      <w:r>
        <w:rPr>
          <w:rFonts w:ascii="Arial" w:hAnsi="Arial" w:cs="Arial"/>
          <w:b w:val="0"/>
          <w:i w:val="0"/>
          <w:sz w:val="20"/>
        </w:rPr>
        <w:t>Classic two-hour schooner cruise around Garoupas Bay stopping at snorkeling sites and natural pools.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Belo Town Walk &amp; Church — </w:t>
      </w:r>
      <w:r>
        <w:rPr>
          <w:rFonts w:ascii="Arial" w:hAnsi="Arial" w:cs="Arial"/>
          <w:b w:val="0"/>
          <w:i w:val="0"/>
          <w:sz w:val="20"/>
        </w:rPr>
        <w:t>The town center is compact and walkable.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Town Center: </w:t>
      </w:r>
      <w:r>
        <w:rPr>
          <w:rFonts w:ascii="Arial" w:hAnsi="Arial" w:cs="Arial"/>
          <w:b w:val="0"/>
          <w:i w:val="0"/>
          <w:sz w:val="20"/>
        </w:rPr>
        <w:t>1 km · 15 min · Easy · Free — From the tender/yacht harbor, walk south along the waterfront promenade to Praça Central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Passarela Costão das Vieiras Walkway: </w:t>
      </w:r>
      <w:r>
        <w:rPr>
          <w:rFonts w:ascii="Arial" w:hAnsi="Arial" w:cs="Arial"/>
          <w:b w:val="0"/>
          <w:i w:val="0"/>
          <w:sz w:val="20"/>
        </w:rPr>
        <w:t>1.5 km · 25 min · Easy · Views — A scenic elevated walkway along the rocky coastline just north of town offering panoramic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6:47AM–5:33PM · Jul 7:02AM–5:37PM · Sep 6:11AM–6:07PM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cruiseports.org/porto-belo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Belo, Santa Catarina,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be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Mirante de Bombas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Cação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de Bombas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Tainha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Divertimentos Náuticos Dodi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Beach - Itapema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Ponta do Araçá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Mirante do Encanto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