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Portland,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Maine's liveliest port city puts cobblestoned streets, craft breweries, and legendary lobster rolls within a 10-minute walk of the ship. Portland Head Light is a short drive away — one of the most photographed lighthouses in America.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US Dollar (USD) · 🗣️ English · 🦞 Top food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Ocean Gateway Terminal (Pier 2) or Maine State Pier — both in the Old Port district,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on foot to Old Port shops, restaurants, and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Lighthouse sightseeing, fresh seafood, culinary walking tours, Casco Bay island cruises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Portland Head Light in Fort Williams Park — Maine's oldest lighthouse, 20 min by taxi or tour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$10–$15 — Terminal 2 is just ~2.5 miles from downtown Portland, so taxi rides are quick and affordable. Metered fares with a ~$3.5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Gray Line Pink Trolley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Portland Head Light &amp; Fort Williams Park — </w:t>
      </w:r>
      <w:r>
        <w:rPr>
          <w:rFonts w:ascii="Arial" w:hAnsi="Arial" w:cs="Arial"/>
          <w:b w:val="0"/>
          <w:i w:val="0"/>
          <w:sz w:val="20"/>
        </w:rPr>
        <w:t>Maine's oldest lighthouse (1791) sits in Fort Williams Park in Cape Elizabeth — a 20-minute drive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Casco Bay Island Cruise — </w:t>
      </w:r>
      <w:r>
        <w:rPr>
          <w:rFonts w:ascii="Arial" w:hAnsi="Arial" w:cs="Arial"/>
          <w:b w:val="0"/>
          <w:i w:val="0"/>
          <w:sz w:val="20"/>
        </w:rPr>
        <w:t>Hop aboard a Casco Bay Lines ferry or a scenic cruise to explore the bay's islands, spot harbor seals, and pass lighthouses…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Culinary Walking Tour — </w:t>
      </w:r>
      <w:r>
        <w:rPr>
          <w:rFonts w:ascii="Arial" w:hAnsi="Arial" w:cs="Arial"/>
          <w:b w:val="0"/>
          <w:i w:val="0"/>
          <w:sz w:val="20"/>
        </w:rPr>
        <w:t>Portland is consistently ranked among the best food cities in the 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Trolley City &amp; Lighthouse Tour — </w:t>
      </w:r>
      <w:r>
        <w:rPr>
          <w:rFonts w:ascii="Arial" w:hAnsi="Arial" w:cs="Arial"/>
          <w:b w:val="0"/>
          <w:i w:val="0"/>
          <w:sz w:val="20"/>
        </w:rPr>
        <w:t>Narrated trolley tours cover Portland's history, Victorian architecture, the Arts District, the Old Port, and make stops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Freeport &amp; L.L. Bean Day Trip — </w:t>
      </w:r>
      <w:r>
        <w:rPr>
          <w:rFonts w:ascii="Arial" w:hAnsi="Arial" w:cs="Arial"/>
          <w:b w:val="0"/>
          <w:i w:val="0"/>
          <w:sz w:val="20"/>
        </w:rPr>
        <w:t>The town of Freeport, 20 miles north, is home to L.L.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Loop: </w:t>
      </w:r>
      <w:r>
        <w:rPr>
          <w:rFonts w:ascii="Arial" w:hAnsi="Arial" w:cs="Arial"/>
          <w:b w:val="0"/>
          <w:i w:val="0"/>
          <w:sz w:val="20"/>
        </w:rPr>
        <w:t>1.5 miles · Easy · 45–60 min — The classic cruise-day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Eastern Promenade Trail: </w:t>
      </w:r>
      <w:r>
        <w:rPr>
          <w:rFonts w:ascii="Arial" w:hAnsi="Arial" w:cs="Arial"/>
          <w:b w:val="0"/>
          <w:i w:val="0"/>
          <w:sz w:val="20"/>
        </w:rPr>
        <w:t>2 miles one-way · Easy · 45-60 min — A paved trail along the bluffs above Casco Bay, starting near the Maine State Pier and stretching…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5:39AM–8:35PM · Jul 5:37AM–8:55PM · Sep 6:49AM–7:20PM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Portland,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Portland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 Mansion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Casco Bay Lines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Spring Point Ledge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Crescent Beach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Back Cove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Maine Audubon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Fifth Maine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