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Portland, Oregon,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Terminal 2 sits on the Willamette River in NW Portland, a short ride from the compact, walkable downtown core — where craft-beer culture, world-class bookstores, and the dramatic Columbia River Gorge are all within easy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Terminal 2 · 🕒 Typical call: 8-10 hrs · 💵 USD · 🗣️ English · 🌧️ Layer up — Portland is famously drizzly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Terminal 2, Willamette River — downtown Portland, docked alongside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to center: </w:t>
      </w:r>
      <w:r>
        <w:rPr>
          <w:rFonts w:ascii="Arial" w:hAnsi="Arial" w:cs="Arial"/>
          <w:b w:val="0"/>
          <w:i w:val="0"/>
          <w:sz w:val="20"/>
        </w:rPr>
        <w:t>~2.5 mi to downtown — about a 10 min rideshare; ~2 mi to the Pearl District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Foodies, book lovers, craft-beer fans, Columbia Gorge day-trippers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Powell's City of Books — a full city block of half a million titles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$10–$15 — Taxis are readily available at Terminal 2. The cruise port is only ~2.5 miles from the city center, making for a quick 1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Gray Line Pink Trolley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Columbia River Gorge &amp; Multnomah Falls — </w:t>
      </w:r>
      <w:r>
        <w:rPr>
          <w:rFonts w:ascii="Arial" w:hAnsi="Arial" w:cs="Arial"/>
          <w:b w:val="0"/>
          <w:i w:val="0"/>
          <w:sz w:val="20"/>
        </w:rPr>
        <w:t>Head 30 miles east on the Historic Columbia River Highway to reach Multnomah Falls, Oregon's tallest waterfall at 620 feet.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Powell's City of Books — </w:t>
      </w:r>
      <w:r>
        <w:rPr>
          <w:rFonts w:ascii="Arial" w:hAnsi="Arial" w:cs="Arial"/>
          <w:b w:val="0"/>
          <w:i w:val="0"/>
          <w:sz w:val="20"/>
        </w:rPr>
        <w:t>One of the world's largest independent bookstores occupies an entire city block on W Burnside St at 1005 W Burnside, on the edge…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Portland Food Cart Pods — </w:t>
      </w:r>
      <w:r>
        <w:rPr>
          <w:rFonts w:ascii="Arial" w:hAnsi="Arial" w:cs="Arial"/>
          <w:b w:val="0"/>
          <w:i w:val="0"/>
          <w:sz w:val="20"/>
        </w:rPr>
        <w:t>Portland invented the food cart pod culture.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International Rose Test Garden — </w:t>
      </w:r>
      <w:r>
        <w:rPr>
          <w:rFonts w:ascii="Arial" w:hAnsi="Arial" w:cs="Arial"/>
          <w:b w:val="0"/>
          <w:i w:val="0"/>
          <w:sz w:val="20"/>
        </w:rPr>
        <w:t>Portland is the 'City of Roses' for good reason.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Willamette River Jet Boat Tour — </w:t>
      </w:r>
      <w:r>
        <w:rPr>
          <w:rFonts w:ascii="Arial" w:hAnsi="Arial" w:cs="Arial"/>
          <w:b w:val="0"/>
          <w:i w:val="0"/>
          <w:sz w:val="20"/>
        </w:rPr>
        <w:t>High-speed jet boats depart from downtown Portland on the Willamette and Columbia Rivers, reaching speeds of 45 mph while passing…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 McCall Waterfront Park Stroll: </w:t>
      </w:r>
      <w:r>
        <w:rPr>
          <w:rFonts w:ascii="Arial" w:hAnsi="Arial" w:cs="Arial"/>
          <w:b w:val="0"/>
          <w:i w:val="0"/>
          <w:sz w:val="20"/>
        </w:rPr>
        <w:t>2 miles · Flat · 45 min — Start downtown along the Willamette and follow the paved riverside path through Tom McCall…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Pearl District &amp; Powell's Loop: </w:t>
      </w:r>
      <w:r>
        <w:rPr>
          <w:rFonts w:ascii="Arial" w:hAnsi="Arial" w:cs="Arial"/>
          <w:b w:val="0"/>
          <w:i w:val="0"/>
          <w:sz w:val="20"/>
        </w:rPr>
        <w:t>2.5 miles · Flat · 1 hr — From downtown, walk into the Pearl District — Portland's upscale arts neighborhood filled with…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5:39AM–8:35PM · Jul 5:37AM–8:55PM · Sep 6:49AM–7:20PM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cruiseports.org/portland-or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Portland, Oregon,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land-o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Oregon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Sellwood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Portland Art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International Rose Test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Oaks Amusement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World Forestry Center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Lan Su Chinese Garden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Ground Kontrol Classic Arcade and Bar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