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Port Townsend, Washington,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only three Victorian seaports in the US on the National Register of Historic Places, Port Townsend is a living museum of 1880s brick storefronts and ornate mansions — with wild beaches and whale-watching just up the road.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at Union Wharf · 🚢 Small ships only (American Cruise Lines, UnCruise, Lindblad) · 🕒 Typical call: 6-8 hrs · 💵 USD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Union Wharf, foot of Taylor Street (walk-off into downtown)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— you step off the gangway onto Water Street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Victorian architecture, maritime history, Fort Worden, whale watching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Fort Worden State Park &amp; the filming location for An Officer and a Gentleman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Meter/minimum fare — A Taxi Cab Company serves Jefferson County. Useful for longer trips or airport transfers, but given the walkability of 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Worden Historical State Park — </w:t>
      </w:r>
      <w:r>
        <w:rPr>
          <w:rFonts w:ascii="Arial" w:hAnsi="Arial" w:cs="Arial"/>
          <w:b w:val="0"/>
          <w:i w:val="0"/>
          <w:sz w:val="20"/>
        </w:rPr>
        <w:t>A 433-acre former Army base built starting in 1897, famous as the filming location of An Officer and a Gentleman.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Victorian Historic District Walk — </w:t>
      </w:r>
      <w:r>
        <w:rPr>
          <w:rFonts w:ascii="Arial" w:hAnsi="Arial" w:cs="Arial"/>
          <w:b w:val="0"/>
          <w:i w:val="0"/>
          <w:sz w:val="20"/>
        </w:rPr>
        <w:t>Water Street's 1880s Romanesque brick blocks and the residential uptown bluff hold one of America's finest collections of intact…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Jefferson Museum of Art and History — </w:t>
      </w:r>
      <w:r>
        <w:rPr>
          <w:rFonts w:ascii="Arial" w:hAnsi="Arial" w:cs="Arial"/>
          <w:b w:val="0"/>
          <w:i w:val="0"/>
          <w:sz w:val="20"/>
        </w:rPr>
        <w:t>Housed in the stunning 1892 City Hall on Water Street, this museum covers Port Townsend's Victorian boom, Native Klallam history…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Whale Watching Cruise — </w:t>
      </w:r>
      <w:r>
        <w:rPr>
          <w:rFonts w:ascii="Arial" w:hAnsi="Arial" w:cs="Arial"/>
          <w:b w:val="0"/>
          <w:i w:val="0"/>
          <w:sz w:val="20"/>
        </w:rPr>
        <w:t>The Salish Sea around Port Townsend is prime territory for orcas, humpbacks, gray and minke whales, plus seals and sea lions.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Point Wilson Beach &amp; Lighthouse (Fort Worden) — </w:t>
      </w:r>
      <w:r>
        <w:rPr>
          <w:rFonts w:ascii="Arial" w:hAnsi="Arial" w:cs="Arial"/>
          <w:b w:val="0"/>
          <w:i w:val="0"/>
          <w:sz w:val="20"/>
        </w:rPr>
        <w:t>Where the Strait of Juan de Fuca meets Puget Sound — a dramatic, windswept beach with views of Mount Baker, Whidbey Island,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 Street &amp; Uptown Victorian Loop: </w:t>
      </w:r>
      <w:r>
        <w:rPr>
          <w:rFonts w:ascii="Arial" w:hAnsi="Arial" w:cs="Arial"/>
          <w:b w:val="0"/>
          <w:i w:val="0"/>
          <w:sz w:val="20"/>
        </w:rPr>
        <w:t>1.5 miles | 45-60 min | Easy with one steep hill — Start at Union Wharf and head north along Water Street through the historic commercial district.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to Point Hudson: </w:t>
      </w:r>
      <w:r>
        <w:rPr>
          <w:rFonts w:ascii="Arial" w:hAnsi="Arial" w:cs="Arial"/>
          <w:b w:val="0"/>
          <w:i w:val="0"/>
          <w:sz w:val="20"/>
        </w:rPr>
        <w:t>0.8 miles one way | 15 min | Flat — A pleasant flat stroll north from Union Wharf along the waterfront to Point Hudson Marina — home of…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5:31AM–8:43PM · Jul 5:27AM–9:06PM · Sep 6:48AM–7:22PM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cruiseports.org/port-townsend-wa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Port Townsend, Washington,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rt-townsend-w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Point Wilson Lighthouse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Kah Tai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South Whidbey State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Puget Sound Coast Artillery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Northwest Maritime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Battery Kinzie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County Courthouse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Flagler Historical State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