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Port Said, Port Said Governorate, Egypt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Port Said sits at the Mediterranean entrance to the Suez Canal, where container ships pass close enough to feel like part of the skyline. Stay local for canal views, a free ferry to Port Fouad, and seafood, or commit to a long escorted day to Cairo.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(tourist quay) · 🕒 Typical call: 8-12 hrs · 💵 Egyptian Pound (USD/EUR common with taxis and guides) · 🗣️ Arabic (English at tourist sites)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usually dock alongside at Port Said's tourist quay; tendering is not typical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5-15 minutes to the Corniche, waterfront streets, and Port Fouad ferry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Suez Canal watching, Cairo day trips, local seafood, colonial-era streets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free public ferry to Port Fouad across the Suez Canal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~E£3–10 for city trips — Blue-and-white taxis wait outside the port gate. Always agree on the fare before departing — meters are rarely used.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inDrive, DiDi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Cairo, Giza Pyramids &amp; Sphinx — </w:t>
      </w:r>
      <w:r>
        <w:rPr>
          <w:rFonts w:ascii="Arial" w:hAnsi="Arial" w:cs="Arial"/>
          <w:b w:val="0"/>
          <w:i w:val="0"/>
          <w:sz w:val="20"/>
        </w:rPr>
        <w:t>The headline excursion from Port Said: an early bus or private van run to the Giza plateau, often paired with Cairo highlights or…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 Fouad by Free Ferry — </w:t>
      </w:r>
      <w:r>
        <w:rPr>
          <w:rFonts w:ascii="Arial" w:hAnsi="Arial" w:cs="Arial"/>
          <w:b w:val="0"/>
          <w:i w:val="0"/>
          <w:sz w:val="20"/>
        </w:rPr>
        <w:t>Cross the Suez Canal on the public ferry to Port Fouad, a quieter sister city with broad streets, canal views, and a quick…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 Said Military Museum — </w:t>
      </w:r>
      <w:r>
        <w:rPr>
          <w:rFonts w:ascii="Arial" w:hAnsi="Arial" w:cs="Arial"/>
          <w:b w:val="0"/>
          <w:i w:val="0"/>
          <w:sz w:val="20"/>
        </w:rPr>
        <w:t>A compact museum covering Port Said's role in modern Egyptian history, especially the Suez Crisis and later conflicts, with…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Seafood Lunch in Port Said — </w:t>
      </w:r>
      <w:r>
        <w:rPr>
          <w:rFonts w:ascii="Arial" w:hAnsi="Arial" w:cs="Arial"/>
          <w:b w:val="0"/>
          <w:i w:val="0"/>
          <w:sz w:val="20"/>
        </w:rPr>
        <w:t>Port Said is a strong local seafood 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Corniche, Canalfront &amp; Beach — </w:t>
      </w:r>
      <w:r>
        <w:rPr>
          <w:rFonts w:ascii="Arial" w:hAnsi="Arial" w:cs="Arial"/>
          <w:b w:val="0"/>
          <w:i w:val="0"/>
          <w:sz w:val="20"/>
        </w:rPr>
        <w:t>Keep the day simple with a stroll along Palestine Street and the Corniche, ship-watching at the canal entrance, and a look at…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Suez Canal Waterfront Stroll: </w:t>
      </w:r>
      <w:r>
        <w:rPr>
          <w:rFonts w:ascii="Arial" w:hAnsi="Arial" w:cs="Arial"/>
          <w:b w:val="0"/>
          <w:i w:val="0"/>
          <w:sz w:val="20"/>
        </w:rPr>
        <w:t>1-2 km | Easy | Flat waterfront streets — Walk from the cruise terminal area toward Palestine Street for close-up views of canal traffic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Free Ferry to Port Fouad: </w:t>
      </w:r>
      <w:r>
        <w:rPr>
          <w:rFonts w:ascii="Arial" w:hAnsi="Arial" w:cs="Arial"/>
          <w:b w:val="0"/>
          <w:i w:val="0"/>
          <w:sz w:val="20"/>
        </w:rPr>
        <w:t>1-2 hrs | Easy | Ferry plus short town walk — Use the public ferry across the Suez Canal, then walk a small loop in Port Fouad before returning…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 Said Military Museum: </w:t>
      </w:r>
      <w:r>
        <w:rPr>
          <w:rFonts w:ascii="Arial" w:hAnsi="Arial" w:cs="Arial"/>
          <w:b w:val="0"/>
          <w:i w:val="0"/>
          <w:sz w:val="20"/>
        </w:rPr>
        <w:t>2-3 km | Easy | City streets — A practical in-town target if you want a real stop rather than only a promenade walk.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5:55AM–7:39PM · Jul 5:57AM–7:56PM · Sep 6:35AM–6:56PM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cruiseports.org/port-said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Port Said, Port Said Governorate, Egypt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rt-sai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Port Said Military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History Garden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El-Montazah Park - حديقه المنتزه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 Salam Mosque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Lighthouse of Port Said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