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Kembla, New South Wales,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industrial heritage meets dramatic coastline. Port Kembla puts you just minutes from pristine beaches, towering Buddhist pagodas, and one of Australia's most photographed bridges — all backdropped by the sheer Illawarra Escarpment.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(alongside berth) · 🕒 Typical call: 8-10 hrs · 💵 Australian Dollar (AUD) · 🗣️ English · 🦘 Wildlife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pier at Australian Amalgamated Terminals (AAT)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Port is industrial — free shuttle bus to Port Kembla town (10 min) or Wollongong CBD (20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the Nan Tien Buddhist Temple, Sea Cliff Bridge views, Australian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Nan Tien Temple — the largest Buddhist temple in the Southern Hemisphere, free entry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$28–35 — Taxis (13cabs and local operators) are available at the terminal. The ride to Wollongong city centre takes about 8 minut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 Tien Temple, Berkeley — </w:t>
      </w:r>
      <w:r>
        <w:rPr>
          <w:rFonts w:ascii="Arial" w:hAnsi="Arial" w:cs="Arial"/>
          <w:b w:val="0"/>
          <w:i w:val="0"/>
          <w:sz w:val="20"/>
        </w:rPr>
        <w:t>The largest Buddhist temple in the Southern Hemisphere sits just 10 minutes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Cliff Bridge &amp; Grand Pacific Drive — </w:t>
      </w:r>
      <w:r>
        <w:rPr>
          <w:rFonts w:ascii="Arial" w:hAnsi="Arial" w:cs="Arial"/>
          <w:b w:val="0"/>
          <w:i w:val="0"/>
          <w:sz w:val="20"/>
        </w:rPr>
        <w:t>The 665-metre Sea Cliff Bridge curves out over the Pacific Ocean on the Sea Cliff bluffs north of Wollongong — one of Australia's…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Symbio Wildlife Park — </w:t>
      </w:r>
      <w:r>
        <w:rPr>
          <w:rFonts w:ascii="Arial" w:hAnsi="Arial" w:cs="Arial"/>
          <w:b w:val="0"/>
          <w:i w:val="0"/>
          <w:sz w:val="20"/>
        </w:rPr>
        <w:t>About 30 minutes north near Helensburgh, Symbio lets you hand-feed kangaroos, pat koalas, and see Tasmanian devils and wombats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 60 Lookout &amp; WWII Gun Emplacements — </w:t>
      </w:r>
      <w:r>
        <w:rPr>
          <w:rFonts w:ascii="Arial" w:hAnsi="Arial" w:cs="Arial"/>
          <w:b w:val="0"/>
          <w:i w:val="0"/>
          <w:sz w:val="20"/>
        </w:rPr>
        <w:t>Minutes from the pier, Hill 60 offers 360-degree views of the coastline and Five Islands Nature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Illawarra Escarpment &amp; Treetop Adventures — </w:t>
      </w:r>
      <w:r>
        <w:rPr>
          <w:rFonts w:ascii="Arial" w:hAnsi="Arial" w:cs="Arial"/>
          <w:b w:val="0"/>
          <w:i w:val="0"/>
          <w:sz w:val="20"/>
        </w:rPr>
        <w:t>The sheer rainforest escarpment directly behind Wollongong offers several adventure options.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Wollongong Harbour &amp; City Beach Walk: </w:t>
      </w:r>
      <w:r>
        <w:rPr>
          <w:rFonts w:ascii="Arial" w:hAnsi="Arial" w:cs="Arial"/>
          <w:b w:val="0"/>
          <w:i w:val="0"/>
          <w:sz w:val="20"/>
        </w:rPr>
        <w:t>⏱ 1.5–2 hrs · Easy · Flat coastal path — From the Crown Street Mall shuttle drop, walk east to Wollongong City Beach, then north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Wollongong Botanic Garden Stroll: </w:t>
      </w:r>
      <w:r>
        <w:rPr>
          <w:rFonts w:ascii="Arial" w:hAnsi="Arial" w:cs="Arial"/>
          <w:b w:val="0"/>
          <w:i w:val="0"/>
          <w:sz w:val="20"/>
        </w:rPr>
        <w:t>⏱ 1–1.5 hrs · Easy · Free entry — A 1.5 km walk from the CBD shuttle drop brings you to the Wollongong Botanic Garden, tucked against…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6:42AM–5:02PM · Jul 7:01AM–5:03PM · Sep 5:56AM–5:47PM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cruiseports.org/port-kembla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Kembla, New South Wales,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kemb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Kembla Lookout Hill 60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Reddall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Wiseman Park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UOW Science Space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Kembla Heritage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Wollongong Motorcycle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Stand Up Paddle Boarding Shellharbour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Cawley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