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Gqeberha (Port Elizabeth), Eastern Cape, South Africa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 Africa's 'Friendly City' sits where the Indian Ocean meets wide sandy beaches and the wild Eastern Cape — the closest cruise port to the world's densest elephant population.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Elizabeth Harbour) · 🕒 Typical call: 8–10 hrs · 💵 South African Rand (ZAR) · 🗣️ English · Xhosa · Afrikaans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Commercial berth, working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or short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· Beaches ·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Addo Elephant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$4–7 USD — Taxi ranks are available near the port security gate. Fares may require negotiation; confirm price before boarding.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Addo Elephant National Park — </w:t>
      </w:r>
      <w:r>
        <w:rPr>
          <w:rFonts w:ascii="Arial" w:hAnsi="Arial" w:cs="Arial"/>
          <w:b w:val="0"/>
          <w:i w:val="0"/>
          <w:sz w:val="20"/>
        </w:rPr>
        <w:t>Home to over 600 African elephants plus buffalo, lion, rhino, and hippo, Addo is 72 km from port and absolutely worth the drive.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Kragga Kamma Game Park — </w:t>
      </w:r>
      <w:r>
        <w:rPr>
          <w:rFonts w:ascii="Arial" w:hAnsi="Arial" w:cs="Arial"/>
          <w:b w:val="0"/>
          <w:i w:val="0"/>
          <w:sz w:val="20"/>
        </w:rPr>
        <w:t>A compact private reserve just 20 minutes from port with rhino, giraffe, zebra, cheetah, and more.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Bayworld Museum Complex — </w:t>
      </w:r>
      <w:r>
        <w:rPr>
          <w:rFonts w:ascii="Arial" w:hAnsi="Arial" w:cs="Arial"/>
          <w:b w:val="0"/>
          <w:i w:val="0"/>
          <w:sz w:val="20"/>
        </w:rPr>
        <w:t>A beachfront complex in Humewood combining the Port Elizabeth Museum (natural and cultural history) and the historic Snake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Beachfront Boardwalk &amp; Hobie Beach — </w:t>
      </w:r>
      <w:r>
        <w:rPr>
          <w:rFonts w:ascii="Arial" w:hAnsi="Arial" w:cs="Arial"/>
          <w:b w:val="0"/>
          <w:i w:val="0"/>
          <w:sz w:val="20"/>
        </w:rPr>
        <w:t>PE's kilometre-long beachfront boardwalk runs from Humewood to Hobie Beach — one of the best swimming beaches on the Indian Ocean…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Donkin Reserve &amp; Victorian Heritage Walk — </w:t>
      </w:r>
      <w:r>
        <w:rPr>
          <w:rFonts w:ascii="Arial" w:hAnsi="Arial" w:cs="Arial"/>
          <w:b w:val="0"/>
          <w:i w:val="0"/>
          <w:sz w:val="20"/>
        </w:rPr>
        <w:t>The hilltop Donkin Reserve overlooks the city and harbour with a distinctive stone pyramid built in 1820.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Donkin Reserve to Market Square: </w:t>
      </w:r>
      <w:r>
        <w:rPr>
          <w:rFonts w:ascii="Arial" w:hAnsi="Arial" w:cs="Arial"/>
          <w:b w:val="0"/>
          <w:i w:val="0"/>
          <w:sz w:val="20"/>
        </w:rPr>
        <w:t>1.5 km · 30 min · Easy — Start at the Donkin Reserve on the hill for panoramic harbour views, then walk down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Kings Beach to Hobie Beach Boardwalk: </w:t>
      </w:r>
      <w:r>
        <w:rPr>
          <w:rFonts w:ascii="Arial" w:hAnsi="Arial" w:cs="Arial"/>
          <w:b w:val="0"/>
          <w:i w:val="0"/>
          <w:sz w:val="20"/>
        </w:rPr>
        <w:t>2 km · 40 min · Flat — A classic beachfront stroll along the Indian Ocean.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7:03AM–5:24PM · Jul 7:20AM–5:26PM · Sep 6:16AM–6:09PM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cruiseports.org/port-elizabeth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Gqeberha (Port Elizabeth), Eastern Cape, South Africa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elizabet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End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GFI Art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Horse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Happy Valley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Donkin Lighthouse (Est. 1861)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Start of Sacramento Trail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Frederick, Eastern Cape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Bayworld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