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 Douglas, Queensland,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only place on Earth where two UNESCO World Heritage sites converge — the Great Barrier Reef and the world's oldest tropical rainforest — just steps from a charming barefoot-luxury village.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8–10 hrs · 💵 Australian Dollar (AUD) · 🗣️ English · 🌊 Reef &amp; Rainforest gateway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15–20 min ride to Reef Marina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from tender pier to Macrossan Street shops &amp; cafes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Great Barrier Reef snorkelling, Daintree Rainforest day trips,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Flagstaff Hill Lookout view over Four Mile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AUD $10–20 — Taxis are available at the marina. Starting fare (flagfall) is around AUD $3.80–6.20 plus about AUD $2.90/km. A typical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Barrier Reef Snorkel &amp; Dive — </w:t>
      </w:r>
      <w:r>
        <w:rPr>
          <w:rFonts w:ascii="Arial" w:hAnsi="Arial" w:cs="Arial"/>
          <w:b w:val="0"/>
          <w:i w:val="0"/>
          <w:sz w:val="20"/>
        </w:rPr>
        <w:t>Port Douglas sits closer to the outer reef than Cairns, so boats reach prime coral in about 90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Mossman Gorge &amp; Daintree Rainforest — </w:t>
      </w:r>
      <w:r>
        <w:rPr>
          <w:rFonts w:ascii="Arial" w:hAnsi="Arial" w:cs="Arial"/>
          <w:b w:val="0"/>
          <w:i w:val="0"/>
          <w:sz w:val="20"/>
        </w:rPr>
        <w:t>Drive 20 minutes north to Mossman Gorge — ancient rainforest, suspension bridges over the boulder-strewn river, and Kuku Yalanji…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Wildlife Habitat Port Douglas — </w:t>
      </w:r>
      <w:r>
        <w:rPr>
          <w:rFonts w:ascii="Arial" w:hAnsi="Arial" w:cs="Arial"/>
          <w:b w:val="0"/>
          <w:i w:val="0"/>
          <w:sz w:val="20"/>
        </w:rPr>
        <w:t>Walk through recreated wetland, rainforest, savannah, and woodland habitats.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Four Mile Beach &amp; Stinger Enclosure — </w:t>
      </w:r>
      <w:r>
        <w:rPr>
          <w:rFonts w:ascii="Arial" w:hAnsi="Arial" w:cs="Arial"/>
          <w:b w:val="0"/>
          <w:i w:val="0"/>
          <w:sz w:val="20"/>
        </w:rPr>
        <w:t>Four miles of palm-backed golden sand, firm enough to walk or jog.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Macrossan Street &amp; Flagstaff Hill — </w:t>
      </w:r>
      <w:r>
        <w:rPr>
          <w:rFonts w:ascii="Arial" w:hAnsi="Arial" w:cs="Arial"/>
          <w:b w:val="0"/>
          <w:i w:val="0"/>
          <w:sz w:val="20"/>
        </w:rPr>
        <w:t>Stroll palm-lined Macrossan Street for boutiques, galleries, and coffee.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Macrossan Street &amp; Flagstaff Hill Loop: </w:t>
      </w:r>
      <w:r>
        <w:rPr>
          <w:rFonts w:ascii="Arial" w:hAnsi="Arial" w:cs="Arial"/>
          <w:b w:val="0"/>
          <w:i w:val="0"/>
          <w:sz w:val="20"/>
        </w:rPr>
        <w:t>3.5 km · 1 hr · Easy — Walk from the marina jetty up Wharf Street to Macrossan Street, browse the shops, then continue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Reef Marina to Four Mile Beach: </w:t>
      </w:r>
      <w:r>
        <w:rPr>
          <w:rFonts w:ascii="Arial" w:hAnsi="Arial" w:cs="Arial"/>
          <w:b w:val="0"/>
          <w:i w:val="0"/>
          <w:sz w:val="20"/>
        </w:rPr>
        <w:t>3 km one-way · 40 min · Easy — Head down Macrossan Street and continue straight to the northern end of Four Mile Beach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6:34AM–5:55PM · Jul 6:47AM–6:01PM · Sep 6:14AM–6:13PM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cruiseports.org/port-douglas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 Douglas, Queensland,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-dougla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Quicksilver Cruises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Wildlife Habitat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 Douglas Sugar Wharf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Wavelength Reef Cruises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Janbal Gallery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Tony's Tropical Tours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