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Denarau, Viti Levu,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Fiji's premier cruise gateway opens the door to pristine island beaches, volcanic mud pools, and one of the world's most genuinely warm welcomes — all starting from a modern marina hub.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large ships) · 🕒 Typical call: 8–10 hrs · 💵 Fijian Dollar (FJD) · 🗣️ English &amp; Fijian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large ships; small vessels may dock at marina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Marina shops/dining: 2–5 min walk; Nadi Town: not walkable (10 km, taxi/bus needed)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day trips, snorkeling, cultural experiences, beach clubs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Malamala Beach Club island day trip or South Sea Island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FJ$4–FJ$7 (approx. US$2–3) — Metered taxis are plentiful at the port and reach Nadi city center in about 7–10 minutes. Confirm the meter is running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Malamala Beach Club Island Day — </w:t>
      </w:r>
      <w:r>
        <w:rPr>
          <w:rFonts w:ascii="Arial" w:hAnsi="Arial" w:cs="Arial"/>
          <w:b w:val="0"/>
          <w:i w:val="0"/>
          <w:sz w:val="20"/>
        </w:rPr>
        <w:t>The world's first island beach club sits just 25 min by fast boat from the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Sea Island &amp; Snorkeling — </w:t>
      </w:r>
      <w:r>
        <w:rPr>
          <w:rFonts w:ascii="Arial" w:hAnsi="Arial" w:cs="Arial"/>
          <w:b w:val="0"/>
          <w:i w:val="0"/>
          <w:sz w:val="20"/>
        </w:rPr>
        <w:t>A tiny coral-sand cay 30 min from Port Denarau with brilliant snorkeling, kayaking, and a semi-submersible.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Sabeto Mud Pools &amp; Hot Springs — </w:t>
      </w:r>
      <w:r>
        <w:rPr>
          <w:rFonts w:ascii="Arial" w:hAnsi="Arial" w:cs="Arial"/>
          <w:b w:val="0"/>
          <w:i w:val="0"/>
          <w:sz w:val="20"/>
        </w:rPr>
        <w:t>Slather on warm volcanic mud, bake in the sun, then rinse off and soak in natural hot springs at the foot of the Sabeto Mountains…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Sri Siva Subramaniya Temple &amp; Nadi Town — </w:t>
      </w:r>
      <w:r>
        <w:rPr>
          <w:rFonts w:ascii="Arial" w:hAnsi="Arial" w:cs="Arial"/>
          <w:b w:val="0"/>
          <w:i w:val="0"/>
          <w:sz w:val="20"/>
        </w:rPr>
        <w:t>The largest Hindu temple in the Southern Hemisphere dazzles with Dravidian architecture and vivid murals.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Garden of the Sleeping Giant — </w:t>
      </w:r>
      <w:r>
        <w:rPr>
          <w:rFonts w:ascii="Arial" w:hAnsi="Arial" w:cs="Arial"/>
          <w:b w:val="0"/>
          <w:i w:val="0"/>
          <w:sz w:val="20"/>
        </w:rPr>
        <w:t>Over 2,000 orchid varieties fill this lush garden nestled against the Sabeto Mountains — originally started by actor Raymond Burr.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Denarau Marina Stroll: </w:t>
      </w:r>
      <w:r>
        <w:rPr>
          <w:rFonts w:ascii="Arial" w:hAnsi="Arial" w:cs="Arial"/>
          <w:b w:val="0"/>
          <w:i w:val="0"/>
          <w:sz w:val="20"/>
        </w:rPr>
        <w:t>Easy · 30–60 min · Flat paved path — Walk the marina promenade from the passenger terminal past boutique shops, restaurants,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Nadi Town Market Walk: </w:t>
      </w:r>
      <w:r>
        <w:rPr>
          <w:rFonts w:ascii="Arial" w:hAnsi="Arial" w:cs="Arial"/>
          <w:b w:val="0"/>
          <w:i w:val="0"/>
          <w:sz w:val="20"/>
        </w:rPr>
        <w:t>Easy · 45 min · Flat streets — Take a taxi or local bus into Nadi Town, then walk from the market to the Sri Siva Subramaniya…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cruiseports.org/port-denarau-nadi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Denarau, Viti Levu, Fiji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denarau-nad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Yasawa Adventures Fiji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Siva Subramaniya Swami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Saint Mary's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Sea Island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