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Canaveral,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America's second-busiest cruise port sits next to a rocket launch pad. Watch a SpaceX liftoff from the deck, tour NASA in the morning, and dig your toes into Cocoa Beach sand by afternoon — nowhere else combines a cruise departure with outer space quite like this.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(no tendering) · 🏠 Home port (turnaround day) · 💵 USD · 🗣️ English · 🚀 Adjacent to Kennedy Space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All ships dock at cruise terminals CT1–CT10; no tendering ever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walkable center from piers; The Cove is 1.5–3 mi; Cocoa Beach ~5 mi by rideshare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Kennedy Space Center, Cocoa Beach, bioluminescent kayaking, Orlando parks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Kennedy Space Center Visitor Complex — Space Shuttle Atlantis is a genuine jaw-drop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$20–$130 — Taxis are readily available at the terminal. Expect around $20 to Cocoa Beach (~20 min) or $130+ to downtown Orlando (~1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Kennedy Space Center Visitor Complex — </w:t>
      </w:r>
      <w:r>
        <w:rPr>
          <w:rFonts w:ascii="Arial" w:hAnsi="Arial" w:cs="Arial"/>
          <w:b w:val="0"/>
          <w:i w:val="0"/>
          <w:sz w:val="20"/>
        </w:rPr>
        <w:t>Walk beneath a Saturn V rocket, board the Space Shuttle Atlantis exhibit (genuinely awe-inspiring), and ride the simulated…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Bioluminescent Kayaking — </w:t>
      </w:r>
      <w:r>
        <w:rPr>
          <w:rFonts w:ascii="Arial" w:hAnsi="Arial" w:cs="Arial"/>
          <w:b w:val="0"/>
          <w:i w:val="0"/>
          <w:sz w:val="20"/>
        </w:rPr>
        <w:t>Paddle after dark through the Indian River Lagoon or Banana River while millions of glowing dinoflagellates light up every stroke.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Cocoa Beach — </w:t>
      </w:r>
      <w:r>
        <w:rPr>
          <w:rFonts w:ascii="Arial" w:hAnsi="Arial" w:cs="Arial"/>
          <w:b w:val="0"/>
          <w:i w:val="0"/>
          <w:sz w:val="20"/>
        </w:rPr>
        <w:t>Florida's nearest beach to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Airboat Ride &amp; Gator Safari — </w:t>
      </w:r>
      <w:r>
        <w:rPr>
          <w:rFonts w:ascii="Arial" w:hAnsi="Arial" w:cs="Arial"/>
          <w:b w:val="0"/>
          <w:i w:val="0"/>
          <w:sz w:val="20"/>
        </w:rPr>
        <w:t>Flat-bottom airboats skim the Florida marshlands at speed while guides point out alligators, osprey, and roseate spoonbills.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Orlando Theme Parks — </w:t>
      </w:r>
      <w:r>
        <w:rPr>
          <w:rFonts w:ascii="Arial" w:hAnsi="Arial" w:cs="Arial"/>
          <w:b w:val="0"/>
          <w:i w:val="0"/>
          <w:sz w:val="20"/>
        </w:rPr>
        <w:t>Walt Disney World, Universal Orlando, and SeaWorld are all ~60 miles west.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Cove Waterfront Loop: </w:t>
      </w:r>
      <w:r>
        <w:rPr>
          <w:rFonts w:ascii="Arial" w:hAnsi="Arial" w:cs="Arial"/>
          <w:b w:val="0"/>
          <w:i w:val="0"/>
          <w:sz w:val="20"/>
        </w:rPr>
        <w:t>⏱ 30–45 min · 🚶 Easy · 🌊 Waterfront dining — The Cove is a compact waterfront district inside the port with restaurants (Grills Seafood, Rusty's…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Exploration Tower &amp; Jetty Park: </w:t>
      </w:r>
      <w:r>
        <w:rPr>
          <w:rFonts w:ascii="Arial" w:hAnsi="Arial" w:cs="Arial"/>
          <w:b w:val="0"/>
          <w:i w:val="0"/>
          <w:sz w:val="20"/>
        </w:rPr>
        <w:t>⏱ 45–60 min · 🚶 Easy · 🚀 Views + beach — Exploration Tower is a 7-story architectural landmark at the port entrance with panoramic views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6:32AM–8:05PM · Jul 6:35AM–8:21PM · Sep 7:07AM–7:26PM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cruiseports.org/port-canaveral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Canaveral,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canaver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Canaveral Air Force Station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Golf N Gator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Mitchell Ellington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Cherie Down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Lori Wilson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Saviour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Manatee Sanctuary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