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Blair, Andaman Islands,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India's remote Andaman archipelago, Port Blair pairs the haunting Cellular Jail — where freedom fighters were exiled — with jungle-strangled British ruins, vivid coral reefs, and the fringes of humanity's last uncontacted tribes.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(Haddo Wharf) · 🕒 Typical call: 8-10 hrs · 💵 Indian Rupee (INR) — carry cash · 🗣️ Hindi, Bengali, English · 🛂 Indian visa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Haddo Wharf (Jetty No. 4); shuttle to gate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port — taxi or auto-rickshaw needed (~15 min to 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wildlife, snorkelling, Indian independence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Cellular Jail light &amp; sound show (evening) and Ross Island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INR 150–300 (~$2–$4) — Non-metered taxis wait outside Haddo Wharf. Agree on fare before departure; city center (Aberdeen Bazaar) is about 3 km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Cellular Jail (Kala Pani) — </w:t>
      </w:r>
      <w:r>
        <w:rPr>
          <w:rFonts w:ascii="Arial" w:hAnsi="Arial" w:cs="Arial"/>
          <w:b w:val="0"/>
          <w:i w:val="0"/>
          <w:sz w:val="20"/>
        </w:rPr>
        <w:t>The most significant monument in the Andamans — a seven-wing star-shaped British colonial prison used to exile Indian freedom…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Ross Island (Netaji Subhas Chandra Bose Dweep) Ruins — </w:t>
      </w:r>
      <w:r>
        <w:rPr>
          <w:rFonts w:ascii="Arial" w:hAnsi="Arial" w:cs="Arial"/>
          <w:b w:val="0"/>
          <w:i w:val="0"/>
          <w:sz w:val="20"/>
        </w:rPr>
        <w:t>The former British administrative HQ — officially renamed Netaji Subhas Chandra Bose Dweep in 2018 — is now a ghost town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Corbyn's Cove Beach — </w:t>
      </w:r>
      <w:r>
        <w:rPr>
          <w:rFonts w:ascii="Arial" w:hAnsi="Arial" w:cs="Arial"/>
          <w:b w:val="0"/>
          <w:i w:val="0"/>
          <w:sz w:val="20"/>
        </w:rPr>
        <w:t>The closest beach to Port Blair — a crescent of sand fringed with coconut palms.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Samudrika Marine Museum — </w:t>
      </w:r>
      <w:r>
        <w:rPr>
          <w:rFonts w:ascii="Arial" w:hAnsi="Arial" w:cs="Arial"/>
          <w:b w:val="0"/>
          <w:i w:val="0"/>
          <w:sz w:val="20"/>
        </w:rPr>
        <w:t>Run by the Indian Navy, this excellent museum covers the islands' marine life, indigenous tribes, and coral ecosystems.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Wandoor Beach &amp; Marine National Park — </w:t>
      </w:r>
      <w:r>
        <w:rPr>
          <w:rFonts w:ascii="Arial" w:hAnsi="Arial" w:cs="Arial"/>
          <w:b w:val="0"/>
          <w:i w:val="0"/>
          <w:sz w:val="20"/>
        </w:rPr>
        <w:t>A quieter beach near the Mahatma Gandhi Marine National Park — stunning views of uninhabited islands and some of the best…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Aberdeen Bazaar to Cellular Jail: </w:t>
      </w:r>
      <w:r>
        <w:rPr>
          <w:rFonts w:ascii="Arial" w:hAnsi="Arial" w:cs="Arial"/>
          <w:b w:val="0"/>
          <w:i w:val="0"/>
          <w:sz w:val="20"/>
        </w:rPr>
        <w:t>~1.5 km | 20 min | Flat — From the heart of Port Blair's market, walk north-east along the waterfront promenade to reach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Aberdeen Jetty to Ross Island Boat: </w:t>
      </w:r>
      <w:r>
        <w:rPr>
          <w:rFonts w:ascii="Arial" w:hAnsi="Arial" w:cs="Arial"/>
          <w:b w:val="0"/>
          <w:i w:val="0"/>
          <w:sz w:val="20"/>
        </w:rPr>
        <w:t>Short walk | 5 min | Flat — From Aberdeen Bazaar, it's a short walk to Aberdeen Jetty (Water Sports Complex) where speedboats…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4:55AM–5:35PM · Jul 5:02AM–5:47PM · Sep 5:08AM–5:19PM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cruiseports.org/port-blair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Blair, Andaman Islands,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blai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Gandhi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Fisheries Museum Cum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SUBMERSIBLE SCOOTERS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Zonal Anthropological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Parama Vira Chakra Memorial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