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Port Antonio, Portland, Jamaica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Jamaica's best-kept secret, Port Antonio trades mega-resort crowds for lush rainforest, bamboo-rafted rivers, Hollywood-haunted lagoons, and the original jerk pits at Boston Beach.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— Ken Wright Pier (small ships only) · 🕒 Typical call: 7–9 hrs · 💵 USD widely accepted (JMD also in use) · 🗣️ English · 🌧️ Portland is Jamaica's rainiest parish — pack a poncho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Ken Wright Pier, Errol Flynn Marina — small/luxury ships only; no mega-ships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10 min from pier into downtown Port Antonio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Rio Grande rafting, Blue Lagoon, Reach Falls, authentic jerk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Boston Jerk Centre — birthplace of Jamaican jerk cooking, ~25 min from pier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$10–30 USD — Licensed JUTA taxis wait just outside the pier gate. Fares are unmetered — agree on the price before you get in. Fares 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Rio Grande Bamboo Rafting — </w:t>
      </w:r>
      <w:r>
        <w:rPr>
          <w:rFonts w:ascii="Arial" w:hAnsi="Arial" w:cs="Arial"/>
          <w:b w:val="0"/>
          <w:i w:val="0"/>
          <w:sz w:val="20"/>
        </w:rPr>
        <w:t>The quintessential Port Antonio experience.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Blue Lagoon — </w:t>
      </w:r>
      <w:r>
        <w:rPr>
          <w:rFonts w:ascii="Arial" w:hAnsi="Arial" w:cs="Arial"/>
          <w:b w:val="0"/>
          <w:i w:val="0"/>
          <w:sz w:val="20"/>
        </w:rPr>
        <w:t>Cold freshwater springs mix with warm Caribbean water creating mesmerizing color shifts — deep cobalt to turquoise.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Reach Falls — </w:t>
      </w:r>
      <w:r>
        <w:rPr>
          <w:rFonts w:ascii="Arial" w:hAnsi="Arial" w:cs="Arial"/>
          <w:b w:val="0"/>
          <w:i w:val="0"/>
          <w:sz w:val="20"/>
        </w:rPr>
        <w:t>Jamaica's most beautiful waterfall, deep in the Montane Forest.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Frenchman's Cove Beach — </w:t>
      </w:r>
      <w:r>
        <w:rPr>
          <w:rFonts w:ascii="Arial" w:hAnsi="Arial" w:cs="Arial"/>
          <w:b w:val="0"/>
          <w:i w:val="0"/>
          <w:sz w:val="20"/>
        </w:rPr>
        <w:t>Often listed among the world's most beautiful beaches: a crystal-clear freshwater river winds through jungle and empties onto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Boston Jerk Centre &amp; Beach — </w:t>
      </w:r>
      <w:r>
        <w:rPr>
          <w:rFonts w:ascii="Arial" w:hAnsi="Arial" w:cs="Arial"/>
          <w:b w:val="0"/>
          <w:i w:val="0"/>
          <w:sz w:val="20"/>
        </w:rPr>
        <w:t>Pilgrimage to the birthplace of Jamaican jerk.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Marina to Titchfield Peninsula: </w:t>
      </w:r>
      <w:r>
        <w:rPr>
          <w:rFonts w:ascii="Arial" w:hAnsi="Arial" w:cs="Arial"/>
          <w:b w:val="0"/>
          <w:i w:val="0"/>
          <w:sz w:val="20"/>
        </w:rPr>
        <w:t>1.5 km · 30–40 min · Easy — From the Errol Flynn Marina, follow the harbourfront into town, cross onto the Titchfield Peninsula…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5:32AM–6:31PM · Jul 5:38AM–6:44PM · Sep 5:53AM–6:07PM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cruiseports.org/port-antonio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Port Antonio, Portland, Jamaica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rt-antoni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Folly Ruins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Pellew Island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Rafter's Rest (Rio Grande Rafting)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