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Angeles,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Olympic National Park, Port Angeles sits on the Strait of Juan de Fuca with the snow-capped Olympics at its back — a rare Alaska-route port that rewards both walkers and wilderness seekers.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(deepwater pier) · 🕒 Typical call: 7-10 hrs · 💵 USD · 🗣️ English · 🏔️ Olympic National Park access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Deepwater berth at Port of Port Angeles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walk to downtown along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Olympic National Park, Hurricane Ridge, whale watching, Twilight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Hurricane Ridge views or a whale-watch on the Strait of Juan de Fuca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Several local taxi companies operate in Port Angeles including Northwest Cabs and Sun Taxi. Fares to most downtown or wa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Hurricane Ridge — </w:t>
      </w:r>
      <w:r>
        <w:rPr>
          <w:rFonts w:ascii="Arial" w:hAnsi="Arial" w:cs="Arial"/>
          <w:b w:val="0"/>
          <w:i w:val="0"/>
          <w:sz w:val="20"/>
        </w:rPr>
        <w:t>Shuttle or drive 17 miles up to 5,242 ft for panoramic views of the Olympic Mountains, glacier-carved valleys, and on clear days…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on the Strait — </w:t>
      </w:r>
      <w:r>
        <w:rPr>
          <w:rFonts w:ascii="Arial" w:hAnsi="Arial" w:cs="Arial"/>
          <w:b w:val="0"/>
          <w:i w:val="0"/>
          <w:sz w:val="20"/>
        </w:rPr>
        <w:t>Puget Sound Express and other operators run mid-day tours from the Port Angeles Wharf into the Strait of Juan de Fuca and toward…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Hoh Rain Forest — </w:t>
      </w:r>
      <w:r>
        <w:rPr>
          <w:rFonts w:ascii="Arial" w:hAnsi="Arial" w:cs="Arial"/>
          <w:b w:val="0"/>
          <w:i w:val="0"/>
          <w:sz w:val="20"/>
        </w:rPr>
        <w:t>One of the largest temperate rainforests in North America, draped in moss-covered maples and Sitka spruce.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Crescent Hike &amp; Paddle — </w:t>
      </w:r>
      <w:r>
        <w:rPr>
          <w:rFonts w:ascii="Arial" w:hAnsi="Arial" w:cs="Arial"/>
          <w:b w:val="0"/>
          <w:i w:val="0"/>
          <w:sz w:val="20"/>
        </w:rPr>
        <w:t>Glacially carved and impossibly blue, Lake Crescent is 20 miles west of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Victoria, BC — </w:t>
      </w:r>
      <w:r>
        <w:rPr>
          <w:rFonts w:ascii="Arial" w:hAnsi="Arial" w:cs="Arial"/>
          <w:b w:val="0"/>
          <w:i w:val="0"/>
          <w:sz w:val="20"/>
        </w:rPr>
        <w:t>The Black Ball Ferry (MV Coho) runs a 90-minute crossing to Victoria, British Columbia — one of Canada's most charming cities.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Pier to Downtown Front Street: </w:t>
      </w:r>
      <w:r>
        <w:rPr>
          <w:rFonts w:ascii="Arial" w:hAnsi="Arial" w:cs="Arial"/>
          <w:b w:val="0"/>
          <w:i w:val="0"/>
          <w:sz w:val="20"/>
        </w:rPr>
        <w:t>0.5 mi · Flat · 15 min — Stroll the waterfront from the City Pier past the Feiro Marine Life Center, along the promenade…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Trail toward Ediz Hook: </w:t>
      </w:r>
      <w:r>
        <w:rPr>
          <w:rFonts w:ascii="Arial" w:hAnsi="Arial" w:cs="Arial"/>
          <w:b w:val="0"/>
          <w:i w:val="0"/>
          <w:sz w:val="20"/>
        </w:rPr>
        <w:t>1-2 mi one-way · Flat · 30-60 min — Head west along the waterfront toward Ediz Hook, a natural sandy spit extending into the harbor.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5:34AM–8:46PM · Jul 5:30AM–9:08PM · Sep 6:51AM–7:24PM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cruiseports.org/port-angeles-wa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Angeles,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angeles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 Ball Ferry Line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Feiro Marine Life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Angeles City Pier &amp; Hollywood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Jessie Webster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Olympic Hiking Co.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Angeles Farmers Market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