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Poros Island, Saronic Gulf,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Two islands in one — Poros delivers a pine-scented maze of whitewashed alleys, a hilltop clock tower with sweeping Saronic views, and beaches you can reach by bus, water taxi, or a leisurely stroll.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💶 Euro (€) · 🗣️ Greek /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anchor; tenders land at the central harbor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pier is the waterfront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Charming Greek-island stroll, beaches, history, almond sweets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Climbing to the 1927 Clock Tower for 360°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— Taxis operate almost 24 hours and cover the whole island. Most in-town trips are under €10; a ride to Love Bay or Askeli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Climb to the Clock Tower — </w:t>
      </w:r>
      <w:r>
        <w:rPr>
          <w:rFonts w:ascii="Arial" w:hAnsi="Arial" w:cs="Arial"/>
          <w:b w:val="0"/>
          <w:i w:val="0"/>
          <w:sz w:val="20"/>
        </w:rPr>
        <w:t>The 1927 Clock Tower crowns the volcanic hill of Sphairia.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Love Bay Beach — </w:t>
      </w:r>
      <w:r>
        <w:rPr>
          <w:rFonts w:ascii="Arial" w:hAnsi="Arial" w:cs="Arial"/>
          <w:b w:val="0"/>
          <w:i w:val="0"/>
          <w:sz w:val="20"/>
        </w:rPr>
        <w:t>The island's most photogenic cove — turquoise water framed by dense pine trees, a small beach bar, and sunbeds for rent.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Temple of Poseidon &amp; Monastery of Zoodochos Pigi — </w:t>
      </w:r>
      <w:r>
        <w:rPr>
          <w:rFonts w:ascii="Arial" w:hAnsi="Arial" w:cs="Arial"/>
          <w:b w:val="0"/>
          <w:i w:val="0"/>
          <w:sz w:val="20"/>
        </w:rPr>
        <w:t>Combine the 520 BC Poseidon sanctuary — where orator Demosthenes met his end — with a 1720 monastery set in pine forest…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 Taxi to the Lemon Forest (Lemonodasos) — </w:t>
      </w:r>
      <w:r>
        <w:rPr>
          <w:rFonts w:ascii="Arial" w:hAnsi="Arial" w:cs="Arial"/>
          <w:b w:val="0"/>
          <w:i w:val="0"/>
          <w:sz w:val="20"/>
        </w:rPr>
        <w:t>Hop a water taxi (~€1.50) across the narrow channel to Galatas on the Greek mainland, then taxi to the fragrant Lemon Forest…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Archaeological Museum of Poros — </w:t>
      </w:r>
      <w:r>
        <w:rPr>
          <w:rFonts w:ascii="Arial" w:hAnsi="Arial" w:cs="Arial"/>
          <w:b w:val="0"/>
          <w:i w:val="0"/>
          <w:sz w:val="20"/>
        </w:rPr>
        <w:t>A compact waterfront museum holding artifacts from the Temple of Poseidon and ancient Troezen — an easy add-on to a harbor stroll.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Clock Tower Loop: </w:t>
      </w:r>
      <w:r>
        <w:rPr>
          <w:rFonts w:ascii="Arial" w:hAnsi="Arial" w:cs="Arial"/>
          <w:b w:val="0"/>
          <w:i w:val="0"/>
          <w:sz w:val="20"/>
        </w:rPr>
        <w:t>1.2 km • 30–40 min • Moderate (steep steps) • Free — From the tender pier, head into the Kasteli neighborhood's narrow alleys, climb the stepped path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Stroll to Kanali Beach: </w:t>
      </w:r>
      <w:r>
        <w:rPr>
          <w:rFonts w:ascii="Arial" w:hAnsi="Arial" w:cs="Arial"/>
          <w:b w:val="0"/>
          <w:i w:val="0"/>
          <w:sz w:val="20"/>
        </w:rPr>
        <w:t>1.2 km one-way • 15–20 min • Easy • Free — Walk east along the promenade toward Askeli bay, cross the small bridge over the canal linking…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Tender timing matters. Last tender back to the ship can be strict — collect your tender ticket early and keep an eye on the ship's newsletter time, especially…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Buy amygdalota at the source. These rosewater almond cookies are Poros's signature sweet — grab a box at Daglis Pastry Shop near the port before you reboard.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The local bus is your friend. It departs near the tender pier every 20–30 minutes and costs €1.50–2 to Askeli Beach and Love Bay — far cheaper than a taxi for…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cruiseports.org/poros-island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