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Poole, Dorset,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the world's second-largest natural harbour, Poole packs sandy beaches, red-squirrel islands, and dramatic Jurassic Coast cliffs into one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South Quay (most ships) · 🕒 Typical call: 8-10 hrs · 💷 British Pound Sterling (£)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South Quay deep-water berth (up to 220 m); shuttle to Poole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5-min shuttle bus from South Quay to Poole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Brownsea Island red squirrels, Jurassic Coast, Sandbanks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Brownsea Island — birthplace of the Scout movement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£6–£8 — Metered taxis are available at the port. The ride to Poole town centre or railway station is very short (about 2 minutes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Bournemouth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Brownsea Island Ferry — </w:t>
      </w:r>
      <w:r>
        <w:rPr>
          <w:rFonts w:ascii="Arial" w:hAnsi="Arial" w:cs="Arial"/>
          <w:b w:val="0"/>
          <w:i w:val="0"/>
          <w:sz w:val="20"/>
        </w:rPr>
        <w:t>A 20-minute ferry from Poole Quay reaches this car-free National Trust island, famous for its rare red squirrels, peacocks,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Corfe Castle &amp; Swanage Steam Railway — </w:t>
      </w:r>
      <w:r>
        <w:rPr>
          <w:rFonts w:ascii="Arial" w:hAnsi="Arial" w:cs="Arial"/>
          <w:b w:val="0"/>
          <w:i w:val="0"/>
          <w:sz w:val="20"/>
        </w:rPr>
        <w:t>Ride a vintage steam train from Swanage to the dramatic ruins of Corfe Castle, a 1,000-year-old royal fortress blown up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Durdle Door &amp; Lulworth Cove — </w:t>
      </w:r>
      <w:r>
        <w:rPr>
          <w:rFonts w:ascii="Arial" w:hAnsi="Arial" w:cs="Arial"/>
          <w:b w:val="0"/>
          <w:i w:val="0"/>
          <w:sz w:val="20"/>
        </w:rPr>
        <w:t>The Jurassic Coast's most photographed landmark — a natural limestone arch plunging into turquoise water, paired with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Sandbanks Beach — </w:t>
      </w:r>
      <w:r>
        <w:rPr>
          <w:rFonts w:ascii="Arial" w:hAnsi="Arial" w:cs="Arial"/>
          <w:b w:val="0"/>
          <w:i w:val="0"/>
          <w:sz w:val="20"/>
        </w:rPr>
        <w:t>One of the UK's top-rated beaches — Blue Flag golden sand, shallow safe water, and the so-called 'Millionaire's Row'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Poole Old Town &amp; Cockle Trail — </w:t>
      </w:r>
      <w:r>
        <w:rPr>
          <w:rFonts w:ascii="Arial" w:hAnsi="Arial" w:cs="Arial"/>
          <w:b w:val="0"/>
          <w:i w:val="0"/>
          <w:sz w:val="20"/>
        </w:rPr>
        <w:t>Follow brass plaques set into the pavement on a 1.5-hour self-guided walk through Poole's seafaring past — smugglers…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Poole Quay to Old Town Loop: </w:t>
      </w:r>
      <w:r>
        <w:rPr>
          <w:rFonts w:ascii="Arial" w:hAnsi="Arial" w:cs="Arial"/>
          <w:b w:val="0"/>
          <w:i w:val="0"/>
          <w:sz w:val="20"/>
        </w:rPr>
        <w:t>1.5 km · Easy · ~45 min — From the shuttle drop-off at Poole Quay, walk west along the waterfront past the Town Cellars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Poole Quay to Poole Park: </w:t>
      </w:r>
      <w:r>
        <w:rPr>
          <w:rFonts w:ascii="Arial" w:hAnsi="Arial" w:cs="Arial"/>
          <w:b w:val="0"/>
          <w:i w:val="0"/>
          <w:sz w:val="20"/>
        </w:rPr>
        <w:t>1 km · Easy · ~20 min each way — Head north along the High Street from the Quay to reach Poole Park, a Victorian gem with a large…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5:19AM–8:50PM · Jul 5:12AM–9:14PM · Sep 6:43AM–7:21PM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cruiseports.org/poole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Poole, Dorset,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o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Wimborne Minster Parish Office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Peter's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Agglestone Rock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Corfe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Splashdown Waterpark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White Mill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Bournemouth Pier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Poole Boat Hire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