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Ponta Delgada, São Miguel,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volcanic heart of the Azores — where twin crater lakes shimmer in ancient calderas, geothermal earth cooks your lunch at Furnas, and whale spouts dot the Atlantic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(Portas do Mar terminal) · 🕒 Typical call: 8–10 hrs · 💶 Euro (€)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Terminal Marítimo (Portas do Mar), 200 m from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along the mosaic seafront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landscapes, whale watching, geothermal hot springs,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Sete Cidades caldera viewpoint or a soak at Furnas thermal pools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Taxis are metered (starting at €3.60 + €0.74/km daytime). Cash only in most cases. Short hops around town cost €6–€10;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São Miguel Hop-On Hop-Off Sightseeing Bus (Azores On Route)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Sete Cidades Caldera — </w:t>
      </w:r>
      <w:r>
        <w:rPr>
          <w:rFonts w:ascii="Arial" w:hAnsi="Arial" w:cs="Arial"/>
          <w:b w:val="0"/>
          <w:i w:val="0"/>
          <w:sz w:val="20"/>
        </w:rPr>
        <w:t>Stand at the Vista do Rei viewpoint over the twin-colored caldera lakes — one blue, one green — inside an ancient collapsed…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Furnas Valley &amp; Geothermal Pools — </w:t>
      </w:r>
      <w:r>
        <w:rPr>
          <w:rFonts w:ascii="Arial" w:hAnsi="Arial" w:cs="Arial"/>
          <w:b w:val="0"/>
          <w:i w:val="0"/>
          <w:sz w:val="20"/>
        </w:rPr>
        <w:t>Watch mud pots bubble and steam vents hiss in the fumarole fields, then soak in iron-rich thermal pools at Poça da Dona Beija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The Azores is one of the world's top cetacean destinations — sperm whales are year-round residents, blue whales visit in spring.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Azorean Pineapple Greenhouse Tour — </w:t>
      </w:r>
      <w:r>
        <w:rPr>
          <w:rFonts w:ascii="Arial" w:hAnsi="Arial" w:cs="Arial"/>
          <w:b w:val="0"/>
          <w:i w:val="0"/>
          <w:sz w:val="20"/>
        </w:rPr>
        <w:t>Visit Arruda's pineapple plantation in Fajã de Baixo — the only place in Europe where pineapples are grown in glass greenhouses…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Lagoa do Fogo (Fire Lake) — </w:t>
      </w:r>
      <w:r>
        <w:rPr>
          <w:rFonts w:ascii="Arial" w:hAnsi="Arial" w:cs="Arial"/>
          <w:b w:val="0"/>
          <w:i w:val="0"/>
          <w:sz w:val="20"/>
        </w:rPr>
        <w:t>A wild, undeveloped crater lake high in the island's mountains.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to City Gates &amp; Market: </w:t>
      </w:r>
      <w:r>
        <w:rPr>
          <w:rFonts w:ascii="Arial" w:hAnsi="Arial" w:cs="Arial"/>
          <w:b w:val="0"/>
          <w:i w:val="0"/>
          <w:sz w:val="20"/>
        </w:rPr>
        <w:t>1.5 km · 25 min · Flat — A classic introduction: walk the mosaic seafront promenade from the terminal to the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São Brás &amp; Jardim António Borges: </w:t>
      </w:r>
      <w:r>
        <w:rPr>
          <w:rFonts w:ascii="Arial" w:hAnsi="Arial" w:cs="Arial"/>
          <w:b w:val="0"/>
          <w:i w:val="0"/>
          <w:sz w:val="20"/>
        </w:rPr>
        <w:t>2.5 km loop · 45 min · Flat — From the city gates, walk east to the 16th-century Forte de São Brás for harbor views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6:33AM–8:45PM · Jul 6:33AM–9:03PM · Sep 7:24AM–7:50PM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cruiseports.org/ponta-delgada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Ponta Delgada, São Miguel,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nta-delga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Matriz de São Sebastião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Observatório Vulcanológico e Geotérmico dos Açores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Militar dos Açores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Astronomical Observatory of Santana, Azores - OASA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Carlos Machado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Mercado da Graça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