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Pomene, Inhambane Province, Mozambique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narrow, wild peninsula where Indian Ocean surf meets a glassy mangrove estuary — Pomene is Mozambique's remote beach escape for southern Africa cruise itineraries.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7–9 hrs · 💵 ZAR / USD / MZN accepted ashore · 🗣️ Portuguese (English at MSC club) · 🌊 MSC Pomene Safari Beach Club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30-min tender to estuary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town — MSC Beach Club is 200 m from jetty via boardwalk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snorkelling, quad biking, dolphin/whale 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Pomene Hotel ruins — 1960s colonial relic reclaimed by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Safari — Dolphins, Rays &amp; Whales — </w:t>
      </w:r>
      <w:r>
        <w:rPr>
          <w:rFonts w:ascii="Arial" w:hAnsi="Arial" w:cs="Arial"/>
          <w:b w:val="0"/>
          <w:i w:val="0"/>
          <w:sz w:val="20"/>
        </w:rPr>
        <w:t>Board a rigid inflatable for a guided cruise of Pomene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Quad Biking Through the Reserve — </w:t>
      </w:r>
      <w:r>
        <w:rPr>
          <w:rFonts w:ascii="Arial" w:hAnsi="Arial" w:cs="Arial"/>
          <w:b w:val="0"/>
          <w:i w:val="0"/>
          <w:sz w:val="20"/>
        </w:rPr>
        <w:t>Ride ATVs along sandy tracks through the Pomene Nature Reserve — past coconut plantations, dunes, and local fishing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Pomene Hotel Ruins — </w:t>
      </w:r>
      <w:r>
        <w:rPr>
          <w:rFonts w:ascii="Arial" w:hAnsi="Arial" w:cs="Arial"/>
          <w:b w:val="0"/>
          <w:i w:val="0"/>
          <w:sz w:val="20"/>
        </w:rPr>
        <w:t>Hike or ride to the dramatic 1960s Portuguese colonial hotel on the cliff tip — abandoned during the civil war, now slowly…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 &amp; Snorkel Tour — </w:t>
      </w:r>
      <w:r>
        <w:rPr>
          <w:rFonts w:ascii="Arial" w:hAnsi="Arial" w:cs="Arial"/>
          <w:b w:val="0"/>
          <w:i w:val="0"/>
          <w:sz w:val="20"/>
        </w:rPr>
        <w:t>Paddle guided kayaks through the estuary's mangrove channels, spotting crabs, birds, and tropical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Private Beach Cabana — </w:t>
      </w:r>
      <w:r>
        <w:rPr>
          <w:rFonts w:ascii="Arial" w:hAnsi="Arial" w:cs="Arial"/>
          <w:b w:val="0"/>
          <w:i w:val="0"/>
          <w:sz w:val="20"/>
        </w:rPr>
        <w:t>Book a private day cabana at the MSC Beach Club — shaded beds for up to six, stocked with bottled water and tropical snacks…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Estuary Jetty to Ocean Beach: </w:t>
      </w:r>
      <w:r>
        <w:rPr>
          <w:rFonts w:ascii="Arial" w:hAnsi="Arial" w:cs="Arial"/>
          <w:b w:val="0"/>
          <w:i w:val="0"/>
          <w:sz w:val="20"/>
        </w:rPr>
        <w:t>400 m · 5 min · Flat sand &amp; boardwalk — Walk from the tender landing through the Beach Club to the open Indian Ocean 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Boardwalk Trail: </w:t>
      </w:r>
      <w:r>
        <w:rPr>
          <w:rFonts w:ascii="Arial" w:hAnsi="Arial" w:cs="Arial"/>
          <w:b w:val="0"/>
          <w:i w:val="0"/>
          <w:sz w:val="20"/>
        </w:rPr>
        <w:t>1 km loop · 20 min · Easy — Self-guided wooden walkway through mangrove forest along the estuary edge.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Walk to Old Pomene Hotel Ruins: </w:t>
      </w:r>
      <w:r>
        <w:rPr>
          <w:rFonts w:ascii="Arial" w:hAnsi="Arial" w:cs="Arial"/>
          <w:b w:val="0"/>
          <w:i w:val="0"/>
          <w:sz w:val="20"/>
        </w:rPr>
        <w:t>3–4 km one-way · 45–60 min · Sandy, hot — A long beach trudge to the hauntingly photogenic colonial ruins on the peninsula tip.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5:51AM–5:24PM · Jun 6:16AM–5:00PM · Aug 6:02AM–5:21PM · Sep 5:34AM–5:31PM · Oct 5:05AM–5:41PM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early: With up to 2,000 passengers competing for beach space, the first tenders get the best loungers and book out excursions. Be at the tender queue…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Cruise card works ashore: Bars, excursions, and spa services all charge to your cabin account. Bring small bills in ZAR or USD only for the local craft market…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Ocean side has currents: The Indian Ocean beach is beautiful but can have strong rips. Swim only in lifeguard-monitored zones and heed the safety flags.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cruiseports.org/pomene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