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Pohang, North Gyeongsang, South Korea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South Korea's 'City of Steel and Light' has reinvented itself as a coastal destination — walk a futuristic steel art installation over the ocean, hunt for the bronze hand at the easternmost tip of the peninsula, and feast on the coldest, spiciest raw-fish soup you've ever had.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(Yeongilman Port) · 🚌 Shuttle to city required · 🕒 Typical call: 8–10 hrs · 💵 South Korean Won (KRW) · 🗣️ Korean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at Yeongilman Port — new International Passenger Terminal (2024); no walking out; shuttle or taxi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 — port is 15 km from Yeongildae Beach; 20–25 min by shuttle or taxi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Unique art installations, K-drama fans, seafood lovers, coastal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Space Walk at Hwanho Park — a free, walk-on steel art installation with 360° ocean views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₩3,300 base + ₩600/km (~₩11,000 to city center) — Metered taxis are readily available at the terminal. The ride to Pohang Station or city center (approx. 13 km) costs aro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Kakao T, Uber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Space Walk at Hwanho Park — </w:t>
      </w:r>
      <w:r>
        <w:rPr>
          <w:rFonts w:ascii="Arial" w:hAnsi="Arial" w:cs="Arial"/>
          <w:b w:val="0"/>
          <w:i w:val="0"/>
          <w:sz w:val="20"/>
        </w:rPr>
        <w:t>A massive walk-on steel art installation resembling a futuristic roller coaster — you literally walk its curving ramps high above…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Homigot Sunrise Square — Hands of Harmony — </w:t>
      </w:r>
      <w:r>
        <w:rPr>
          <w:rFonts w:ascii="Arial" w:hAnsi="Arial" w:cs="Arial"/>
          <w:b w:val="0"/>
          <w:i w:val="0"/>
          <w:sz w:val="20"/>
        </w:rPr>
        <w:t>South Korea's most emblematic sunrise spot: a giant bronze hand rises from the ocean at the peninsula's easternmost tip —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Guryongpo Japanese Colonial Street — </w:t>
      </w:r>
      <w:r>
        <w:rPr>
          <w:rFonts w:ascii="Arial" w:hAnsi="Arial" w:cs="Arial"/>
          <w:b w:val="0"/>
          <w:i w:val="0"/>
          <w:sz w:val="20"/>
        </w:rPr>
        <w:t>A preserved street of early-20th-century Japanese houses, now famous worldwide as the filming location for Netflix K-drama 'When…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Igari Anchor Observatory — </w:t>
      </w:r>
      <w:r>
        <w:rPr>
          <w:rFonts w:ascii="Arial" w:hAnsi="Arial" w:cs="Arial"/>
          <w:b w:val="0"/>
          <w:i w:val="0"/>
          <w:sz w:val="20"/>
        </w:rPr>
        <w:t>A skywalk shaped like a ship's anchor extends 102 meters out over the ocean (10 m high), surrounded by red pine trees.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Jukdo Market Sashimi Alley — </w:t>
      </w:r>
      <w:r>
        <w:rPr>
          <w:rFonts w:ascii="Arial" w:hAnsi="Arial" w:cs="Arial"/>
          <w:b w:val="0"/>
          <w:i w:val="0"/>
          <w:sz w:val="20"/>
        </w:rPr>
        <w:t>One of the largest traditional markets in eastern Korea.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Yeongildae Beach Boardwalk: </w:t>
      </w:r>
      <w:r>
        <w:rPr>
          <w:rFonts w:ascii="Arial" w:hAnsi="Arial" w:cs="Arial"/>
          <w:b w:val="0"/>
          <w:i w:val="0"/>
          <w:sz w:val="20"/>
        </w:rPr>
        <w:t>1.5 km · Easy · 30–40 min — After the shuttle drops you at Yeongildae Beach, stroll the full length of the beachfront boardwalk…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Guryongpo Colonial Street to Harbor: </w:t>
      </w:r>
      <w:r>
        <w:rPr>
          <w:rFonts w:ascii="Arial" w:hAnsi="Arial" w:cs="Arial"/>
          <w:b w:val="0"/>
          <w:i w:val="0"/>
          <w:sz w:val="20"/>
        </w:rPr>
        <w:t>1 km · Easy · 20–30 min — Walk the preserved Japanese colonial street from its inland entrance down to the Guryongpo fishing…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5:17AM–7:21PM · Jul 5:17AM–7:39PM · Sep 6:05AM–6:29PM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cruiseports.org/pohang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Pohang, North Gyeongsang, South Korea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hang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송도송림테마거리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Yangdong Folk Village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하선대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Posco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로보라이프뮤지엄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포항운하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영일만온천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송도해변가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