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Plymouth, Massachusetts,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Pilgrims landed here in 1620, and Plymouth hasn't stopped telling that story since. Step off the ship and walk straight into four centuries of American history — Plymouth Rock, a full-scale Mayflower replica, and some seriously good clam chowder are all within minutes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(American Cruise Lines small ships) · 🕒 Typical call: 6-8 hrs · 💵 USD · 🗣️ English · 🦞 Famous for seafood &amp; cranberries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Plymouth Town Wharf / State Pier; American Cruise Lines ships dock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Plymouth Rock is 2 min from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American Colonial history, seafood, walkable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Mayflower II replica and Plimoth Patuxet living history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$15–$25 — Local taxis are available at the wharf. Short trips within downtown are inexpensive; rates are metered and similar to Ub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America's Hometown Shuttle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Mayflower II &amp; Plymouth Rock — </w:t>
      </w:r>
      <w:r>
        <w:rPr>
          <w:rFonts w:ascii="Arial" w:hAnsi="Arial" w:cs="Arial"/>
          <w:b w:val="0"/>
          <w:i w:val="0"/>
          <w:sz w:val="20"/>
        </w:rPr>
        <w:t>A full-scale reproduction of the original Pilgrim ship is docked steps from your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Plimoth Patuxet Living History Museum — </w:t>
      </w:r>
      <w:r>
        <w:rPr>
          <w:rFonts w:ascii="Arial" w:hAnsi="Arial" w:cs="Arial"/>
          <w:b w:val="0"/>
          <w:i w:val="0"/>
          <w:sz w:val="20"/>
        </w:rPr>
        <w:t>Three miles south of the harbor, this world-class museum brings 1620s Plymouth to life with a recreated English Village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Pilgrim Hall Museum — </w:t>
      </w:r>
      <w:r>
        <w:rPr>
          <w:rFonts w:ascii="Arial" w:hAnsi="Arial" w:cs="Arial"/>
          <w:b w:val="0"/>
          <w:i w:val="0"/>
          <w:sz w:val="20"/>
        </w:rPr>
        <w:t>Opened in 1824, the oldest continuously operating public museum in the US houses actual Pilgrim artifacts — William Bradford's…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Plymouth Long Beach Walk — </w:t>
      </w:r>
      <w:r>
        <w:rPr>
          <w:rFonts w:ascii="Arial" w:hAnsi="Arial" w:cs="Arial"/>
          <w:b w:val="0"/>
          <w:i w:val="0"/>
          <w:sz w:val="20"/>
        </w:rPr>
        <w:t>A 3-mile barrier beach about 2.5 miles from the pier, Plymouth Long Beach is perfect for a breezy Atlantic stroll and birdwatching.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Seafood Crawl — </w:t>
      </w:r>
      <w:r>
        <w:rPr>
          <w:rFonts w:ascii="Arial" w:hAnsi="Arial" w:cs="Arial"/>
          <w:b w:val="0"/>
          <w:i w:val="0"/>
          <w:sz w:val="20"/>
        </w:rPr>
        <w:t>The harbor waterfront is lined with seafood restaurants.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Pilgrim History Loop: </w:t>
      </w:r>
      <w:r>
        <w:rPr>
          <w:rFonts w:ascii="Arial" w:hAnsi="Arial" w:cs="Arial"/>
          <w:b w:val="0"/>
          <w:i w:val="0"/>
          <w:sz w:val="20"/>
        </w:rPr>
        <w:t>1.5 miles · 45-60 min · Flat · Free — From the pier, walk south to Plymouth Rock and Mayflower II, then cross Water Street up Cole's Hill…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Monument to the Forefathers: </w:t>
      </w:r>
      <w:r>
        <w:rPr>
          <w:rFonts w:ascii="Arial" w:hAnsi="Arial" w:cs="Arial"/>
          <w:b w:val="0"/>
          <w:i w:val="0"/>
          <w:sz w:val="20"/>
        </w:rPr>
        <w:t>1 mile each way · 30-40 min · Gentle uphill · Free — Walk inland from the waterfront to see the massive 81-foot solid-granite monument honoring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5:25AM–7:55PM · Jul 5:20AM–8:15PM · Sep 6:20AM–7:00PM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cruiseports.org/plymouth-ma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Plymouth, Massachusetts,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lymouth-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Plimoth Patuxet Museums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Pilgrim Hall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Mayflower 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Plymouth Rock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Monument to the Forefathers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Mass Audubon Tidmarsh Wildlife Sanctuary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Alden House Historic Site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