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Playas del Coco, Guanacaste, Costa Rica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real Costa Rican beach town on the Gulf of Papagayo—dark volcanic sand, pura vida sodas, and some of the best diving in Central America just offshore.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pier for large ships) · 🕒 Typical call: 7-9 hrs · 💵 USD widely accepted / Costa Rican Colón · 🗣️ Spanish (English spoken in tourist areas) · 🌊 Diving, snorkeling &amp; catamaran tours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Bahía de El Coco; tenders land at the town pier or beach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Immediate — town starts the moment you step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Scuba diving, catamaran day trips, zip-lining, authentic local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Fresh ceviche at a beachfront soda and a boat trip to the Catalina Islands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Under $2 in town; $9–$17 to nearby beaches — Official red taxis wait near the beach park. Rides within town cost under $2; trips to nearby Playa Hermosa or Playa Oco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Scuba Diving — Catalina Islands &amp; Bat Islands — </w:t>
      </w:r>
      <w:r>
        <w:rPr>
          <w:rFonts w:ascii="Arial" w:hAnsi="Arial" w:cs="Arial"/>
          <w:b w:val="0"/>
          <w:i w:val="0"/>
          <w:sz w:val="20"/>
        </w:rPr>
        <w:t>Nutrient-rich cold upwellings in the Gulf of Papagayo attract manta rays, white-tip reef sharks, sea turtles, and massive fish…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Catamaran Snorkel &amp; Sail Tour — </w:t>
      </w:r>
      <w:r>
        <w:rPr>
          <w:rFonts w:ascii="Arial" w:hAnsi="Arial" w:cs="Arial"/>
          <w:b w:val="0"/>
          <w:i w:val="0"/>
          <w:sz w:val="20"/>
        </w:rPr>
        <w:t>Charter a catamaran around the Gulf of Papagayo for snorkeling at pristine coves, open bar, fresh fruit, and a sunset return.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Diamante Eco Adventure Park — </w:t>
      </w:r>
      <w:r>
        <w:rPr>
          <w:rFonts w:ascii="Arial" w:hAnsi="Arial" w:cs="Arial"/>
          <w:b w:val="0"/>
          <w:i w:val="0"/>
          <w:sz w:val="20"/>
        </w:rPr>
        <w:t>About 25 minutes from Coco, Diamante features Costa Rica's longest ocean-view zip-line (including a Superman line), an animal…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Rincón de la Vieja Day Trip — </w:t>
      </w:r>
      <w:r>
        <w:rPr>
          <w:rFonts w:ascii="Arial" w:hAnsi="Arial" w:cs="Arial"/>
          <w:b w:val="0"/>
          <w:i w:val="0"/>
          <w:sz w:val="20"/>
        </w:rPr>
        <w:t>Drive 90 minutes to this active volcano national park with bubbling mud pots, sulfur vents, and dramatic waterfalls.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ATV &amp; Canopy Combo — </w:t>
      </w:r>
      <w:r>
        <w:rPr>
          <w:rFonts w:ascii="Arial" w:hAnsi="Arial" w:cs="Arial"/>
          <w:b w:val="0"/>
          <w:i w:val="0"/>
          <w:sz w:val="20"/>
        </w:rPr>
        <w:t>Local operators run ATV tours through dry-forest dirt trails above Coco, reaching hilltop viewpoints overlooking the bay.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Boardwalk &amp; Town Stroll: </w:t>
      </w:r>
      <w:r>
        <w:rPr>
          <w:rFonts w:ascii="Arial" w:hAnsi="Arial" w:cs="Arial"/>
          <w:b w:val="0"/>
          <w:i w:val="0"/>
          <w:sz w:val="20"/>
        </w:rPr>
        <w:t>30–45 min · Flat · No shade mid-day — From the tender landing, walk the Amor de Temporada boardwalk south along the bay — benches, palms…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North Beach &amp; Estuary Walk: </w:t>
      </w:r>
      <w:r>
        <w:rPr>
          <w:rFonts w:ascii="Arial" w:hAnsi="Arial" w:cs="Arial"/>
          <w:b w:val="0"/>
          <w:i w:val="0"/>
          <w:sz w:val="20"/>
        </w:rPr>
        <w:t>20–30 min · Flat · Wildlife likely — Head north along the beach toward the estuary at the end of the bay.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5:21AM–5:57PM · Jul 5:28AM–6:09PM · Sep 5:32AM–5:42PM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cruiseports.org/playas-del-coco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Playas del Coco, Guanacaste, Costa Rica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layas-del-coc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Summer Salt Dive Center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Diamante Eco Adventure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Papagayo SportFishing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Blanca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Monkey Farm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Virador Beach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