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Playa del Carmen, Quintana Roo,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jungle meets the Caribbean — Playa del Carmen blends European café culture with Mayan heritage, cenote swims, and one of the most vibrant pedestrian streets in the Americas.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via Cozumel ferry or Calica pier · 🕒 Typical call: 8-10 hrs · 💵 Mexican Pesos (USD widely accepted)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ships dock in Cozumel; passengers take a 45-min ferry to PDC. Some ships dock at Calica pier 8 mi south.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Ferry pier drops you at Parque Fundadores — Quinta Avenida is 2 min on foot. Calica requires taxi (~$15 USD).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clubs, cenote swimming, Tulum day trips, street food,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Voladores de Papantla ritual at Parque Fundadores and tacos al pastor at El Fogón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$10–$15 USD per cab — Official federal taxis wait at Puerto Calica pier (about 8 miles from 5th Avenue). Negotiate fare before boarding; payin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DiDi, InDrive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Cenote Swimming (Azul, Cristalino &amp; Eden) — </w:t>
      </w:r>
      <w:r>
        <w:rPr>
          <w:rFonts w:ascii="Arial" w:hAnsi="Arial" w:cs="Arial"/>
          <w:b w:val="0"/>
          <w:i w:val="0"/>
          <w:sz w:val="20"/>
        </w:rPr>
        <w:t>Three stunning freshwater sinkholes clustered 20 minutes south of PDC via Colectivo or taxi.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Tulum Ruins Day Trip — </w:t>
      </w:r>
      <w:r>
        <w:rPr>
          <w:rFonts w:ascii="Arial" w:hAnsi="Arial" w:cs="Arial"/>
          <w:b w:val="0"/>
          <w:i w:val="0"/>
          <w:sz w:val="20"/>
        </w:rPr>
        <w:t>Perched on a cliff overlooking the turquoise Caribbean, Tulum is the most dramatically sited Mayan ruin in Mexico.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Xcaret or Xplor Eco-Park — </w:t>
      </w:r>
      <w:r>
        <w:rPr>
          <w:rFonts w:ascii="Arial" w:hAnsi="Arial" w:cs="Arial"/>
          <w:b w:val="0"/>
          <w:i w:val="0"/>
          <w:sz w:val="20"/>
        </w:rPr>
        <w:t>Xcaret blends Mayan cultural shows, wildlife, and underground river snorkeling.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Rio Secreto Underground Cave — </w:t>
      </w:r>
      <w:r>
        <w:rPr>
          <w:rFonts w:ascii="Arial" w:hAnsi="Arial" w:cs="Arial"/>
          <w:b w:val="0"/>
          <w:i w:val="0"/>
          <w:sz w:val="20"/>
        </w:rPr>
        <w:t>A semi-submerged cave system of stalactites and stalagmites just 15 minutes from PDC.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Mamitas or Lido Beach Club — </w:t>
      </w:r>
      <w:r>
        <w:rPr>
          <w:rFonts w:ascii="Arial" w:hAnsi="Arial" w:cs="Arial"/>
          <w:b w:val="0"/>
          <w:i w:val="0"/>
          <w:sz w:val="20"/>
        </w:rPr>
        <w:t>Pay a cover (usually redeemable against food/drinks) and claim a lounger on the Caribbean.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Parque Fundadores to Mamitas Beach: </w:t>
      </w:r>
      <w:r>
        <w:rPr>
          <w:rFonts w:ascii="Arial" w:hAnsi="Arial" w:cs="Arial"/>
          <w:b w:val="0"/>
          <w:i w:val="0"/>
          <w:sz w:val="20"/>
        </w:rPr>
        <w:t>1.5 miles • ~30 min • Easy — Start at the Portal Maya sculpture in Parque Fundadores, turn right onto Quinta Avenida, and walk…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Pier to Playacar Beach: </w:t>
      </w:r>
      <w:r>
        <w:rPr>
          <w:rFonts w:ascii="Arial" w:hAnsi="Arial" w:cs="Arial"/>
          <w:b w:val="0"/>
          <w:i w:val="0"/>
          <w:sz w:val="20"/>
        </w:rPr>
        <w:t>0.3 miles • ~5 min • Easy — Walk south from the ferry pier along the beach path past Señor Frog's into the Playacar residential…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6:11AM–7:18PM · Jul 6:16AM–7:31PM · Sep 6:35AM–6:50PM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cruiseports.org/playa-del-carmen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Playa del Carmen, Quintana Roo,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laya-del-carm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Xcaret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Skydive Playa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Río Secreto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Riviera Casino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Xplor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3D Museum of Wonders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 Coyote Golf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Frida Kahlo Playa Del Carmen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