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Placencia, Stann Creek, Belize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Sixteen miles of sandy peninsula, a sidewalk that made the Guinness Book of Records, and a gateway to the Belize Barrier Reef — Placencia delivers the real Caribbean without a chain restaurant in sight.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Harvest Caye ferry · 🕒 Typical call: 7–9 hrs · 💵 USD accepted (BZD 2:1) · 🗣️ English (Creole)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tender to Placencia Municipal Pier; NCL/Oceania/Regent dock at Harvest Caye (~4 mi offshore) and ferry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— the pier is at the southern tip of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Barrier reef snorkeling, relaxed beach days, jungle wildlife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Placencia Sidewalk — 4,000 ft of the world's narrowest main street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BZ$6 (~$3 USD) per person; BZ$3/pp for groups — Local taxis (blue license plates) operate throughout the peninsula. Fares are fixed per person and negotiated on the spo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 the Silk Cayes &amp; Laughing Bird Caye — </w:t>
      </w:r>
      <w:r>
        <w:rPr>
          <w:rFonts w:ascii="Arial" w:hAnsi="Arial" w:cs="Arial"/>
          <w:b w:val="0"/>
          <w:i w:val="0"/>
          <w:sz w:val="20"/>
        </w:rPr>
        <w:t>Tiny sand-fringed cays on the barrier reef with gin-clear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Monkey River Jungle Boat Tour — </w:t>
      </w:r>
      <w:r>
        <w:rPr>
          <w:rFonts w:ascii="Arial" w:hAnsi="Arial" w:cs="Arial"/>
          <w:b w:val="0"/>
          <w:i w:val="0"/>
          <w:sz w:val="20"/>
        </w:rPr>
        <w:t>Motor south to the Monkey River estuary and push into the jungle by boat to spot howler monkeys crashing through the canopy…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Cockscomb Basin Wildlife Sanctuary — </w:t>
      </w:r>
      <w:r>
        <w:rPr>
          <w:rFonts w:ascii="Arial" w:hAnsi="Arial" w:cs="Arial"/>
          <w:b w:val="0"/>
          <w:i w:val="0"/>
          <w:sz w:val="20"/>
        </w:rPr>
        <w:t>The world's first jaguar preserve covers 150 sq mi of Maya Mountains rainforest.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Garifuna Village Visit — Seine Bight — </w:t>
      </w:r>
      <w:r>
        <w:rPr>
          <w:rFonts w:ascii="Arial" w:hAnsi="Arial" w:cs="Arial"/>
          <w:b w:val="0"/>
          <w:i w:val="0"/>
          <w:sz w:val="20"/>
        </w:rPr>
        <w:t>A short golf cart or taxi ride north brings you to Seine Bight, a traditional Garifuna community.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Placencia Sidewalk Stroll — </w:t>
      </w:r>
      <w:r>
        <w:rPr>
          <w:rFonts w:ascii="Arial" w:hAnsi="Arial" w:cs="Arial"/>
          <w:b w:val="0"/>
          <w:i w:val="0"/>
          <w:sz w:val="20"/>
        </w:rPr>
        <w:t>The Guinness-certified world's narrowest main street — a 4,000-foot, 4-foot-wide concrete path winding through the heart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Famous Sidewalk Loop: </w:t>
      </w:r>
      <w:r>
        <w:rPr>
          <w:rFonts w:ascii="Arial" w:hAnsi="Arial" w:cs="Arial"/>
          <w:b w:val="0"/>
          <w:i w:val="0"/>
          <w:sz w:val="20"/>
        </w:rPr>
        <w:t>1.5 km | Flat | 30–45 min | Free — From the Municipal Pier, step onto the Placencia Sidewalk heading north.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Beach Walk: </w:t>
      </w:r>
      <w:r>
        <w:rPr>
          <w:rFonts w:ascii="Arial" w:hAnsi="Arial" w:cs="Arial"/>
          <w:b w:val="0"/>
          <w:i w:val="0"/>
          <w:sz w:val="20"/>
        </w:rPr>
        <w:t>1 km | Sand | 20 min | Free — Head directly east from the pier onto the village beach for a leisurely stroll along the Caribbean…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5:22AM–6:16PM · Jul 5:29AM–6:29PM · Sep 5:41AM–5:54PM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cruiseports.org/placencia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