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Pico Island, Azores,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Portugal's highest peak rises dramatically from the Atlantic here — a volcanic island of black basalt vineyards, sperm whales offshore, and an authenticity that mass tourism hasn't touched.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(large ships) / Docked (small ships) · 🕒 Typical call: 6-8 hrs · 💵 Euro (€) · 🗣️ Portuguese · 🌋 Volcanic / UNESCO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Madalena port: small/expedition ships dock; larger cruise ships tender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step off directly into Madalena town — main square under 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volcanic scenery, UNESCO vineyard walks, local wine tasting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Whale-watch from Madalena harbour; walk the Criação Velha UNESCO vineyards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€19–€27 cross-island; €100–€150 for half/full-day tours (up to 4 passengers) — Taxis wait at the main stand in front of the Madalena dock. Agree on a price before departure; no meters for longer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Dolphin Watching — </w:t>
      </w:r>
      <w:r>
        <w:rPr>
          <w:rFonts w:ascii="Arial" w:hAnsi="Arial" w:cs="Arial"/>
          <w:b w:val="0"/>
          <w:i w:val="0"/>
          <w:sz w:val="20"/>
        </w:rPr>
        <w:t>Pico's waters host over 20 cetacean species year-round, including sperm whales and blue whales.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Gruta das Torres Lava Tube — </w:t>
      </w:r>
      <w:r>
        <w:rPr>
          <w:rFonts w:ascii="Arial" w:hAnsi="Arial" w:cs="Arial"/>
          <w:b w:val="0"/>
          <w:i w:val="0"/>
          <w:sz w:val="20"/>
        </w:rPr>
        <w:t>Portugal's longest lava tube stretches over 5 km underground.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Vineyard Landscape &amp; Wine Tasting — </w:t>
      </w:r>
      <w:r>
        <w:rPr>
          <w:rFonts w:ascii="Arial" w:hAnsi="Arial" w:cs="Arial"/>
          <w:b w:val="0"/>
          <w:i w:val="0"/>
          <w:sz w:val="20"/>
        </w:rPr>
        <w:t>The Criação Velha vineyard is a UNESCO World Heritage Site — thousands of black basalt stone corrals (currais) sheltering vines…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 dos Baleeiros (Whalers' Museum) — </w:t>
      </w:r>
      <w:r>
        <w:rPr>
          <w:rFonts w:ascii="Arial" w:hAnsi="Arial" w:cs="Arial"/>
          <w:b w:val="0"/>
          <w:i w:val="0"/>
          <w:sz w:val="20"/>
        </w:rPr>
        <w:t>Housed in 19th-century boathouses in Lajes do Pico, this museum tells the story of open-boat sperm whale hunting — which…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Volcanic Landscapes &amp; Natural Swimming Pools — </w:t>
      </w:r>
      <w:r>
        <w:rPr>
          <w:rFonts w:ascii="Arial" w:hAnsi="Arial" w:cs="Arial"/>
          <w:b w:val="0"/>
          <w:i w:val="0"/>
          <w:sz w:val="20"/>
        </w:rPr>
        <w:t>Pico has no sandy beaches, but its natural lava-rock pools (piscinas naturais) are stunning.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Madalena Waterfront &amp; Town: </w:t>
      </w:r>
      <w:r>
        <w:rPr>
          <w:rFonts w:ascii="Arial" w:hAnsi="Arial" w:cs="Arial"/>
          <w:b w:val="0"/>
          <w:i w:val="0"/>
          <w:sz w:val="20"/>
        </w:rPr>
        <w:t>30-45 min · Flat · Free — A gentle stroll from the port along the waterfront, past the twin-towered Igreja de Santa Maria…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Criação Velha UNESCO Vineyard Trail: </w:t>
      </w:r>
      <w:r>
        <w:rPr>
          <w:rFonts w:ascii="Arial" w:hAnsi="Arial" w:cs="Arial"/>
          <w:b w:val="0"/>
          <w:i w:val="0"/>
          <w:sz w:val="20"/>
        </w:rPr>
        <w:t>2-3 hrs · Easy · Free — Walk or taxi 2-3 km south of Madalena to the Criação Velha trail.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6:43AM–9:00PM · Jul 6:38AM–9:15PM · Sep 7:30AM–8:00PM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cruiseports.org/pico-island-azores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Pico Island, Azores,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o-island-azo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Naturalist - Science &amp; Tourism | Whale Watching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WineMuseum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Paisagem da Cultura da Vinha da Ilha do Pico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Lajido da Criação Velha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Holy Mary Magdalene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Paisagem da Vinha de Criação Velha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