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Phuket,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Thailand's largest island rides the jade Andaman Sea — ancient Sino-Portuguese shophouses, a golden Buddha gazing from the hills, limestone karsts jutting from Phang Nga Bay, and beaches that live up to every postcard.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 Patong/Phuket) · 🕒 Typical call: 8–10 hrs · 💵 Thai Baht (THB) · 🗣️ Thai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Patong Bay or off Phuket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Tender to beach: </w:t>
      </w:r>
      <w:r>
        <w:rPr>
          <w:rFonts w:ascii="Arial" w:hAnsi="Arial" w:cs="Arial"/>
          <w:b w:val="0"/>
          <w:i w:val="0"/>
          <w:sz w:val="20"/>
        </w:rPr>
        <w:t>~10–15 min; swell-dependent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Temples · Old Town · Phang Nga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Big Buddha &amp; Phang Nga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500–900 THB (–) — Taxis from Phuket Deep Sea Port (Ao Makarm) charge fixed fares: ~500 THB to Phuket Town (20 min) and ~900 THB to Patong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Phang Nga Bay &amp; James Bond Island — </w:t>
      </w:r>
      <w:r>
        <w:rPr>
          <w:rFonts w:ascii="Arial" w:hAnsi="Arial" w:cs="Arial"/>
          <w:b w:val="0"/>
          <w:i w:val="0"/>
          <w:sz w:val="20"/>
        </w:rPr>
        <w:t>Limestone karsts erupt from emerald water in one of Asia's most iconic seascapes.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Phuket Town &amp; Thalang Road — </w:t>
      </w:r>
      <w:r>
        <w:rPr>
          <w:rFonts w:ascii="Arial" w:hAnsi="Arial" w:cs="Arial"/>
          <w:b w:val="0"/>
          <w:i w:val="0"/>
          <w:sz w:val="20"/>
        </w:rPr>
        <w:t>The historic core is lined with 19th-century Sino-Portuguese shophouses painted in blues, pinks, and greens — a legacy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Buddha (Ming Mongkol) &amp; Wat Chalong — </w:t>
      </w:r>
      <w:r>
        <w:rPr>
          <w:rFonts w:ascii="Arial" w:hAnsi="Arial" w:cs="Arial"/>
          <w:b w:val="0"/>
          <w:i w:val="0"/>
          <w:sz w:val="20"/>
        </w:rPr>
        <w:t>The 45-metre white marble Big Buddha sits atop Nakkerd Hill with panoramic island views — visible from the sea on arrival.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 Phi Islands — </w:t>
      </w:r>
      <w:r>
        <w:rPr>
          <w:rFonts w:ascii="Arial" w:hAnsi="Arial" w:cs="Arial"/>
          <w:b w:val="0"/>
          <w:i w:val="0"/>
          <w:sz w:val="20"/>
        </w:rPr>
        <w:t>Ko Phi Don and the iconic cliffs of Ko Phi Leh (Maya Bay of The Beach fame) are a speedboat day trip from Phuket — about 45…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Ethical Elephant Sanctuary — </w:t>
      </w:r>
      <w:r>
        <w:rPr>
          <w:rFonts w:ascii="Arial" w:hAnsi="Arial" w:cs="Arial"/>
          <w:b w:val="0"/>
          <w:i w:val="0"/>
          <w:sz w:val="20"/>
        </w:rPr>
        <w:t>Several sanctuaries north of Phuket Town offer no-riding, walk-with-and-feed experiences with rescued elephants in natural…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Phuket Town heritage loop: </w:t>
      </w:r>
      <w:r>
        <w:rPr>
          <w:rFonts w:ascii="Arial" w:hAnsi="Arial" w:cs="Arial"/>
          <w:b w:val="0"/>
          <w:i w:val="0"/>
          <w:sz w:val="20"/>
        </w:rPr>
        <w:t>~2.5 km · 1.5–2 hrs · easy — A slow wander through the Sino-Portuguese shophouse streets: Thalang Road for cafés and murals, Soi…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Patong Beach promenade: </w:t>
      </w:r>
      <w:r>
        <w:rPr>
          <w:rFonts w:ascii="Arial" w:hAnsi="Arial" w:cs="Arial"/>
          <w:b w:val="0"/>
          <w:i w:val="0"/>
          <w:sz w:val="20"/>
        </w:rPr>
        <w:t>~2 km · 45 min · easy — A flat stroll along the Patong beachfront from the tender pier area south along the sand and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6:08AM–6:37PM · Jul 6:16AM–6:48PM · Sep 6:16AM–6:26PM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cruiseports.org/phuket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Phuket,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uke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OTOP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Simon Cabaret Phuket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Phuket Old Town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Thao Thep Krasattri and Thao Si Sunthon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Choeng Thale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Nimit Roundabout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Khao Rang Samakkhitham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Khao Rang Viewpoint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