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Petersburg,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Southeast Alaska's most genuine ports, Petersburg is a working Norwegian-American fishing town with zero cruise-ship gloss — just real Alaska, LeConte Glacier boat tours, and world-class halibut fishing.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 only) · 🕒 Typical call: 6-8 hrs · 💵 USD · 🗣️ English · 🐟 Working fishing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Dock or City Dock — small ships only; large cruise ships cannot navigate Wrangell Narrows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dock to Nordic 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Alaska, LeConte Glacier tours, whale watching, local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Hammer Slough, Clausen Memorial Museum, Petersburg shrimp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Low (short distances) — Several local taxi companies serve Petersburg including L&amp;L Taxi &amp; Tours (907-723-8120) and Island Cab (907-518-1279).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LeConte Glacier Jetboat Tour — </w:t>
      </w:r>
      <w:r>
        <w:rPr>
          <w:rFonts w:ascii="Arial" w:hAnsi="Arial" w:cs="Arial"/>
          <w:b w:val="0"/>
          <w:i w:val="0"/>
          <w:sz w:val="20"/>
        </w:rPr>
        <w:t>The southernmost active tidewater glacier in North America is just 25 miles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in Frederick Sound — </w:t>
      </w:r>
      <w:r>
        <w:rPr>
          <w:rFonts w:ascii="Arial" w:hAnsi="Arial" w:cs="Arial"/>
          <w:b w:val="0"/>
          <w:i w:val="0"/>
          <w:sz w:val="20"/>
        </w:rPr>
        <w:t>Frederick Sound is one of the best humpback whale feeding grounds in Alaska.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Charter Fishing — </w:t>
      </w:r>
      <w:r>
        <w:rPr>
          <w:rFonts w:ascii="Arial" w:hAnsi="Arial" w:cs="Arial"/>
          <w:b w:val="0"/>
          <w:i w:val="0"/>
          <w:sz w:val="20"/>
        </w:rPr>
        <w:t>Petersburg is home to one of Alaska's most productive fishing fleets.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Clausen Memorial Museum — </w:t>
      </w:r>
      <w:r>
        <w:rPr>
          <w:rFonts w:ascii="Arial" w:hAnsi="Arial" w:cs="Arial"/>
          <w:b w:val="0"/>
          <w:i w:val="0"/>
          <w:sz w:val="20"/>
        </w:rPr>
        <w:t>Small but packed with local history — includes the world's largest registered king salmon (126.5 lbs), Norwegian fishing heritage…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Hammer Slough &amp; Norwegian Heritage Walk — </w:t>
      </w:r>
      <w:r>
        <w:rPr>
          <w:rFonts w:ascii="Arial" w:hAnsi="Arial" w:cs="Arial"/>
          <w:b w:val="0"/>
          <w:i w:val="0"/>
          <w:sz w:val="20"/>
        </w:rPr>
        <w:t>Historic stilt homes and warehouses over tidal mudflats at Hammer Slough are Petersburg's most photographed scene.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Hammer Slough Loop: </w:t>
      </w:r>
      <w:r>
        <w:rPr>
          <w:rFonts w:ascii="Arial" w:hAnsi="Arial" w:cs="Arial"/>
          <w:b w:val="0"/>
          <w:i w:val="0"/>
          <w:sz w:val="20"/>
        </w:rPr>
        <w:t>1.5 miles · 45 min · Easy · Free — From the dock, walk Nordic Drive past Norwegian-painted storefronts and the Sons of Norway Hall…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Beach &amp; Petroglyphs: </w:t>
      </w:r>
      <w:r>
        <w:rPr>
          <w:rFonts w:ascii="Arial" w:hAnsi="Arial" w:cs="Arial"/>
          <w:b w:val="0"/>
          <w:i w:val="0"/>
          <w:sz w:val="20"/>
        </w:rPr>
        <w:t>3 miles round-trip · 1.5 hrs · Easy · Free — Walk or cab 1.5 miles north along the paved path to Sandy Beach Recreation Area.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4:34AM–9:03PM · Jul 4:22AM–9:32PM · Sep 6:23AM–7:08PM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cruiseports.org/petersburg-ak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