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Peoria, Illinois,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Oldest European settlement in Illinois and once the whiskey capital of the world, Peoria delivers a walkable riverfront, heavyweight museums, and Midwestern hospitality straight off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 (riverfront) · 🕒 Typical call: 6–9 hrs · 💵 USD · 🗣️ English · 🌊 Illinois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tie directly to downtown Peoria Riverfront seawall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Riverfront Museum; 10–15 min to Warehouse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American history, industrial heritage, craft food &amp; drink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Caterpillar Visitors Center and the Richard Pryor bronze statue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$10–$30 — Local taxis such as MC Cabs operate in the area, charging approximately $4 base plus $4/mile. Short downtown trips typic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Caterpillar Visitors Center — </w:t>
      </w:r>
      <w:r>
        <w:rPr>
          <w:rFonts w:ascii="Arial" w:hAnsi="Arial" w:cs="Arial"/>
          <w:b w:val="0"/>
          <w:i w:val="0"/>
          <w:sz w:val="20"/>
        </w:rPr>
        <w:t>Climb inside a two-story CAT mining truck, run heavy-equipment simulators, and explore the engineering legacy of one of America's…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Peoria Riverfront Museum — </w:t>
      </w:r>
      <w:r>
        <w:rPr>
          <w:rFonts w:ascii="Arial" w:hAnsi="Arial" w:cs="Arial"/>
          <w:b w:val="0"/>
          <w:i w:val="0"/>
          <w:sz w:val="20"/>
        </w:rPr>
        <w:t>A Smithsonian-affiliated multidisciplinary museum with fine art, Illinois history, science exhibits, a giant-screen theater,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Grandview Drive Scenic Tour — </w:t>
      </w:r>
      <w:r>
        <w:rPr>
          <w:rFonts w:ascii="Arial" w:hAnsi="Arial" w:cs="Arial"/>
          <w:b w:val="0"/>
          <w:i w:val="0"/>
          <w:sz w:val="20"/>
        </w:rPr>
        <w:t>President Theodore Roosevelt called this "the world's most beautiful drive" in 1910.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Richard Pryor Statue &amp; Historic Downtown — </w:t>
      </w:r>
      <w:r>
        <w:rPr>
          <w:rFonts w:ascii="Arial" w:hAnsi="Arial" w:cs="Arial"/>
          <w:b w:val="0"/>
          <w:i w:val="0"/>
          <w:sz w:val="20"/>
        </w:rPr>
        <w:t>A striking bronze memorial to Peoria's most famous son stands at State and Washington Streets.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Park Nature Center — </w:t>
      </w:r>
      <w:r>
        <w:rPr>
          <w:rFonts w:ascii="Arial" w:hAnsi="Arial" w:cs="Arial"/>
          <w:b w:val="0"/>
          <w:i w:val="0"/>
          <w:sz w:val="20"/>
        </w:rPr>
        <w:t>Forested river bluffs just 15 minutes by car offer well-marked hiking trails through an 800-acre natural area — a peaceful…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Warehouse District: </w:t>
      </w:r>
      <w:r>
        <w:rPr>
          <w:rFonts w:ascii="Arial" w:hAnsi="Arial" w:cs="Arial"/>
          <w:b w:val="0"/>
          <w:i w:val="0"/>
          <w:sz w:val="20"/>
        </w:rPr>
        <w:t>1.2 miles · Flat · 25 min — Head south along the Riverfront Trail past public sculptures and gardens, then cut west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Culture Walk: </w:t>
      </w:r>
      <w:r>
        <w:rPr>
          <w:rFonts w:ascii="Arial" w:hAnsi="Arial" w:cs="Arial"/>
          <w:b w:val="0"/>
          <w:i w:val="0"/>
          <w:sz w:val="20"/>
        </w:rPr>
        <w:t>0.8 miles · Flat · 20 min — Walk from the pier to the Caterpillar Visitors Center, then continue uphill to the Richard Pryor…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5:42AM–8:08PM · Jul 5:40AM–8:28PM · Sep 6:39AM–7:08PM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cruiseports.org/peoria-il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Peoria, Illinois,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oria-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Detweiller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Peoria Riverfront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Peoria River Front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Harry Lahood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 Oak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Caterpillar Visitors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Lakeview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