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Peñíscola, Castellón,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13th-century fortress perched 64 metres above the Mediterranean, Peñíscola is Spain's most dramatic walled town — once a Papal seat, later a Hollywood backdrop, and still entirely walkable from the tender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💶 Euro (€) · 🗣️ Spanish / Valencian · 🎬 Game of Thrones filming location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boats land at Puerto de Peñíscola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castle: </w:t>
      </w:r>
      <w:r>
        <w:rPr>
          <w:rFonts w:ascii="Arial" w:hAnsi="Arial" w:cs="Arial"/>
          <w:b w:val="0"/>
          <w:i w:val="0"/>
          <w:sz w:val="20"/>
        </w:rPr>
        <w:t>~20 min uphill from tender pier through cobbled old-town streets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beach days, photography, Game of Thrones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Castle rooftop views, El Bufador blowhole, Playa Norte promenade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Local taxis are available near the port for short trips within town. Fares are metered; the short ride to the castle are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Peñíscola Castle (Castillo de Papa Luna) — </w:t>
      </w:r>
      <w:r>
        <w:rPr>
          <w:rFonts w:ascii="Arial" w:hAnsi="Arial" w:cs="Arial"/>
          <w:b w:val="0"/>
          <w:i w:val="0"/>
          <w:sz w:val="20"/>
        </w:rPr>
        <w:t>Built by the Knights Templar in the 13th century and later the exile palace of Antipope Benedict XIII, the castle offers…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Walking Tour — </w:t>
      </w:r>
      <w:r>
        <w:rPr>
          <w:rFonts w:ascii="Arial" w:hAnsi="Arial" w:cs="Arial"/>
          <w:b w:val="0"/>
          <w:i w:val="0"/>
          <w:sz w:val="20"/>
        </w:rPr>
        <w:t>Wander the whitewashed alleyways, spot the Casa de las Conchas (a façade encrusted with sea shells), pass through Portal Fosc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Norte Beach Day — </w:t>
      </w:r>
      <w:r>
        <w:rPr>
          <w:rFonts w:ascii="Arial" w:hAnsi="Arial" w:cs="Arial"/>
          <w:b w:val="0"/>
          <w:i w:val="0"/>
          <w:sz w:val="20"/>
        </w:rPr>
        <w:t>A 5 km Blue Flag beach of fine golden sand stretches north of the old town with sunbed hire, showers, lifeguards, and a promenade…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Morella Medieval Village Day Trip — </w:t>
      </w:r>
      <w:r>
        <w:rPr>
          <w:rFonts w:ascii="Arial" w:hAnsi="Arial" w:cs="Arial"/>
          <w:b w:val="0"/>
          <w:i w:val="0"/>
          <w:sz w:val="20"/>
        </w:rPr>
        <w:t>Perched on a hilltop about 75 km inland, Morella is one of Spain's best-preserved walled medieval towns, dominated by a Gothic…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Coves de Sant Josep (Underground River) — </w:t>
      </w:r>
      <w:r>
        <w:rPr>
          <w:rFonts w:ascii="Arial" w:hAnsi="Arial" w:cs="Arial"/>
          <w:b w:val="0"/>
          <w:i w:val="0"/>
          <w:sz w:val="20"/>
        </w:rPr>
        <w:t>Europe's longest navigable underground river, located about 105 km south near La Vall d'Uixó.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Castle Loop: </w:t>
      </w:r>
      <w:r>
        <w:rPr>
          <w:rFonts w:ascii="Arial" w:hAnsi="Arial" w:cs="Arial"/>
          <w:b w:val="0"/>
          <w:i w:val="0"/>
          <w:sz w:val="20"/>
        </w:rPr>
        <w:t>2.5 km · ~1.5 hrs · Moderate (steep cobbles) — From the tender pier, follow the harbour promenade north to Portal de Sant Pere, climb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Norte Promenade Stroll: </w:t>
      </w:r>
      <w:r>
        <w:rPr>
          <w:rFonts w:ascii="Arial" w:hAnsi="Arial" w:cs="Arial"/>
          <w:b w:val="0"/>
          <w:i w:val="0"/>
          <w:sz w:val="20"/>
        </w:rPr>
        <w:t>2 km one way · ~25 min · Easy (flat) — Head north along the seafront promenade from the fishing harbour past Playa Sur to Playa Norte.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6:42AM–9:07PM · Jul 6:41AM–9:26PM · Sep 7:39AM–8:06PM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cruiseports.org/peniscola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Peñíscola, Castellón,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nisco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Lighthouse of Peñiscola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MucBe Benicarló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Parròquia Sant Pere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Cala Mundina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Parròquia Sant Bartomeu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Natural de la Serra d'Irta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