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Pembroke Dock, Pembrokeshire, Wales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dockyard town where the Millennium Falcon was secretly built, WWII flying boats once roared off the river, and a Tudor king's birthplace sits just two miles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(alongside quay) · 🕒 Typical call: 7-9 hrs · 💷 British Pound (GBP) · 🗣️ English (Welsh bilingual signs)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quay at Pembroke Port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walk to Pembroke Dock town; Pembroke Castle ~2 miles (taxi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castles, Pembrokeshire coast beaches, WWII history, Harry Potter film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Pembroke Castle (birthplace of Henry VII) and Freshwater West beach (Dobby's Grave)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£8–£12 — Local taxis (Dan's Cabs, MD Taxi) run from the port to Pembroke town center in about 5 minutes. Pre-booking recommended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 Castle — </w:t>
      </w:r>
      <w:r>
        <w:rPr>
          <w:rFonts w:ascii="Arial" w:hAnsi="Arial" w:cs="Arial"/>
          <w:b w:val="0"/>
          <w:i w:val="0"/>
          <w:sz w:val="20"/>
        </w:rPr>
        <w:t>The birthplace of King Henry VII is one of Wales's best-preserved medieval fortresses.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 Dock Heritage Centre &amp; Star Wars Exhibition — </w:t>
      </w:r>
      <w:r>
        <w:rPr>
          <w:rFonts w:ascii="Arial" w:hAnsi="Arial" w:cs="Arial"/>
          <w:b w:val="0"/>
          <w:i w:val="0"/>
          <w:sz w:val="20"/>
        </w:rPr>
        <w:t>Housed in the beautifully restored Royal Dockyard Chapel, this small but fascinating museum covers the town's naval history,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Tenby &amp; Castle Beach — </w:t>
      </w:r>
      <w:r>
        <w:rPr>
          <w:rFonts w:ascii="Arial" w:hAnsi="Arial" w:cs="Arial"/>
          <w:b w:val="0"/>
          <w:i w:val="0"/>
          <w:sz w:val="20"/>
        </w:rPr>
        <w:t>Tenby is a pastel-painted Georgian seaside town with medieval walls, a working fishing harbor, and some of the best beaches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Freshwater West — Harry Potter Beach — </w:t>
      </w:r>
      <w:r>
        <w:rPr>
          <w:rFonts w:ascii="Arial" w:hAnsi="Arial" w:cs="Arial"/>
          <w:b w:val="0"/>
          <w:i w:val="0"/>
          <w:sz w:val="20"/>
        </w:rPr>
        <w:t>A wild, windswept Atlantic beach famous for surfing and its film connections — Dobby's Grave from Harry Potter and the Deathly…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Davids Cathedral &amp; Bishop's Palace — </w:t>
      </w:r>
      <w:r>
        <w:rPr>
          <w:rFonts w:ascii="Arial" w:hAnsi="Arial" w:cs="Arial"/>
          <w:b w:val="0"/>
          <w:i w:val="0"/>
          <w:sz w:val="20"/>
        </w:rPr>
        <w:t>Visit the UK's smallest city — a 12th-century cathedral of extraordinary spiritual and architectural beauty, set in a hidden…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 Dock Waterfront &amp; Defensible Barracks: </w:t>
      </w:r>
      <w:r>
        <w:rPr>
          <w:rFonts w:ascii="Arial" w:hAnsi="Arial" w:cs="Arial"/>
          <w:b w:val="0"/>
          <w:i w:val="0"/>
          <w:sz w:val="20"/>
        </w:rPr>
        <w:t>⏱ 1 hr · 🚶 Easy, flat · 📏 ~1.5 miles — Walk from the pier along the waterfront to the landmark Front Street Gun Tower — one of two 1851…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5:27AM–9:05PM · Jul 5:19AM–9:30PM · Sep 6:55AM–7:33PM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cruiseports.org/pembroke-dock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Pembroke Dock, Pembrokeshire, Wales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mbroke-doc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Govans Head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Stackpole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Dinosaur Park Tenby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Carew Cheriton Control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Lagoon Water Park (Open to Residents of Bluestone only)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Cauldron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Carew Tidal Mill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Manor Wildlife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