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Pearl Islands, Panama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Named by Spanish conquistadors for the pearls harvested here — and the filming location for multiple Survivor seasons — the Pearl Islands deliver untouched Pacific beaches, shimmering coves, and a shipwreck that's pure Instagram gold. No pier, no cruise-ship crowds, no chain stores.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USD (US Dollar / Balboa) · 🗣️ Spanish (English widely spoken at hotels) · 🏝️ Expedition &amp; small-ship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offshore; passengers ride tenders or pangas to Playa Galeón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Isla Contadora is ~1.2 sq mi; most beaches are 5-20 min on foot or golf cart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beach-hopping, wildlife spotting, whale watching (Jul–Oct)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rusted ferry shipwreck on Playa Larga and golf-cart island lap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Included (cruise tender) — Cruise ships typically tender passengers ashore to Contadora or other islands. Water taxis between islands are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the Outer Islets — </w:t>
      </w:r>
      <w:r>
        <w:rPr>
          <w:rFonts w:ascii="Arial" w:hAnsi="Arial" w:cs="Arial"/>
          <w:b w:val="0"/>
          <w:i w:val="0"/>
          <w:sz w:val="20"/>
        </w:rPr>
        <w:t>The uninhabited islets surrounding Contadora — including Bartolomé and Boyarena — host sea turtles, manta rays, and white-tip…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Humpback Whale Watching — </w:t>
      </w:r>
      <w:r>
        <w:rPr>
          <w:rFonts w:ascii="Arial" w:hAnsi="Arial" w:cs="Arial"/>
          <w:b w:val="0"/>
          <w:i w:val="0"/>
          <w:sz w:val="20"/>
        </w:rPr>
        <w:t>From July to October the Pearl Islands are a major humpback breeding ground.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Golf Cart Island Lap — </w:t>
      </w:r>
      <w:r>
        <w:rPr>
          <w:rFonts w:ascii="Arial" w:hAnsi="Arial" w:cs="Arial"/>
          <w:b w:val="0"/>
          <w:i w:val="0"/>
          <w:sz w:val="20"/>
        </w:rPr>
        <w:t>Rent a cart at Playa Galeón and circuit the island's paved roads, stopping at each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Shipwreck &amp; Abandoned Hotel — </w:t>
      </w:r>
      <w:r>
        <w:rPr>
          <w:rFonts w:ascii="Arial" w:hAnsi="Arial" w:cs="Arial"/>
          <w:b w:val="0"/>
          <w:i w:val="0"/>
          <w:sz w:val="20"/>
        </w:rPr>
        <w:t>Playa Larga holds two eerie landmarks: a massive rusting ferry that ran aground decades ago, and the crumbling ruins of Hotel…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at Playa Ejecutiva — </w:t>
      </w:r>
      <w:r>
        <w:rPr>
          <w:rFonts w:ascii="Arial" w:hAnsi="Arial" w:cs="Arial"/>
          <w:b w:val="0"/>
          <w:i w:val="0"/>
          <w:sz w:val="20"/>
        </w:rPr>
        <w:t>A secluded cove with calm emerald water and fine white sand — widely considered Contadora's most beautiful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Galeón to Playa Larga Shipwreck Walk: </w:t>
      </w:r>
      <w:r>
        <w:rPr>
          <w:rFonts w:ascii="Arial" w:hAnsi="Arial" w:cs="Arial"/>
          <w:b w:val="0"/>
          <w:i w:val="0"/>
          <w:sz w:val="20"/>
        </w:rPr>
        <w:t>1.5 km · 20-30 min · Easy-Moderate — From the tender landing at Playa Galeón, follow the island road south toward Playa Larga.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Cross-Island Walk to Playa Ejecutiva: </w:t>
      </w:r>
      <w:r>
        <w:rPr>
          <w:rFonts w:ascii="Arial" w:hAnsi="Arial" w:cs="Arial"/>
          <w:b w:val="0"/>
          <w:i w:val="0"/>
          <w:sz w:val="20"/>
        </w:rPr>
        <w:t>~1 km · 15-20 min · Easy — A short walk from the center of Isla Contadora through the tree-lined interior (watch for iguanas)…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5:57AM–6:27PM · Jul 6:05AM–6:38PM · Sep 6:06AM–6:15PM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cruiseports.org/pearl-islands-panama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