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Paxos Island, Ionian Islands,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Greece's smallest main Ionian island, Paxos rewards cruise visitors with neon-blue sea caves, a car-free Venetian harbor town, and the legendary white-sand beaches of neighboring Antipaxos — all accessed by tender into the heart of Gaios.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cruise pier) · 🕒 Typical call: 6–8 hrs · 💶 Euro · 🗣️ Greek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Gaios old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tender drops in Gaios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Blue Caves boat tour, Antipaxos day 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Taxi boat to Voutoumi Beach, Antipaxos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€8–15 per trip — Only about 5 taxis serve the entire island. A ride from Gaios to Loggos or Lakka runs roughly €10–15; advance booking is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Caves Boat Tour — </w:t>
      </w:r>
      <w:r>
        <w:rPr>
          <w:rFonts w:ascii="Arial" w:hAnsi="Arial" w:cs="Arial"/>
          <w:b w:val="0"/>
          <w:i w:val="0"/>
          <w:sz w:val="20"/>
        </w:rPr>
        <w:t>The sea caves on Paxos's rugged west coast — the largest and most famous being Ypapanti — glow with surreal neon-blue water where…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Antipaxos &amp; Voutoumi Beach — </w:t>
      </w:r>
      <w:r>
        <w:rPr>
          <w:rFonts w:ascii="Arial" w:hAnsi="Arial" w:cs="Arial"/>
          <w:b w:val="0"/>
          <w:i w:val="0"/>
          <w:sz w:val="20"/>
        </w:rPr>
        <w:t>A 15-minute taxi-boat ride brings you to Antipaxos, where Voutoumi Beach's powder-white sand and electric-turquoise water rival…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Self-Drive Motorboat Hire — </w:t>
      </w:r>
      <w:r>
        <w:rPr>
          <w:rFonts w:ascii="Arial" w:hAnsi="Arial" w:cs="Arial"/>
          <w:b w:val="0"/>
          <w:i w:val="0"/>
          <w:sz w:val="20"/>
        </w:rPr>
        <w:t>No license needed for engines under 30hp.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Gaios Old Town &amp; Venetian Harbor — </w:t>
      </w:r>
      <w:r>
        <w:rPr>
          <w:rFonts w:ascii="Arial" w:hAnsi="Arial" w:cs="Arial"/>
          <w:b w:val="0"/>
          <w:i w:val="0"/>
          <w:sz w:val="20"/>
        </w:rPr>
        <w:t>Wander the car-free lanes of Gaios past pastel Venetian facades, the main square (Plaka), and the tiny islet of Agios Nikolaos…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Tripitos Natural Arch — </w:t>
      </w:r>
      <w:r>
        <w:rPr>
          <w:rFonts w:ascii="Arial" w:hAnsi="Arial" w:cs="Arial"/>
          <w:b w:val="0"/>
          <w:i w:val="0"/>
          <w:sz w:val="20"/>
        </w:rPr>
        <w:t>One of Greece's most dramatic coastal features — a massive limestone arch rising above the sea on the island's southwest coast…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Gaios Harbor &amp; Old Town Loop: </w:t>
      </w:r>
      <w:r>
        <w:rPr>
          <w:rFonts w:ascii="Arial" w:hAnsi="Arial" w:cs="Arial"/>
          <w:b w:val="0"/>
          <w:i w:val="0"/>
          <w:sz w:val="20"/>
        </w:rPr>
        <w:t>1 km · Flat · 20–30 min — From the tender dock in the old harbor, stroll the waterfront past the Agios Nikolaos islet, turn…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Gaios to Tripitos Arch: </w:t>
      </w:r>
      <w:r>
        <w:rPr>
          <w:rFonts w:ascii="Arial" w:hAnsi="Arial" w:cs="Arial"/>
          <w:b w:val="0"/>
          <w:i w:val="0"/>
          <w:sz w:val="20"/>
        </w:rPr>
        <w:t>4.5 km one-way · Easy–Moderate · ~1 hr each way — Head south along the coastal path and olive-grove tracks from Gaios, via Ozias, to the Tripitos…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Gaios to Giannas Beach: </w:t>
      </w:r>
      <w:r>
        <w:rPr>
          <w:rFonts w:ascii="Arial" w:hAnsi="Arial" w:cs="Arial"/>
          <w:b w:val="0"/>
          <w:i w:val="0"/>
          <w:sz w:val="20"/>
        </w:rPr>
        <w:t>0.8 km · Flat · 10 min — Walk north from the harbor along the coastal road to Giannas, a small pebbly beach with clear…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6:26AM–8:45PM · Jul 6:25AM–9:04PM · Sep 7:20AM–7:47PM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cruiseports.org/paxos-island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Paxos Island, Ionian Islands,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x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Gaios viewpoint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Ypapanti's Cave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Tripitos Arch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Lakka's Lighthouse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